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6ED0B" w14:textId="7B1999AF" w:rsidR="00E652A0" w:rsidRDefault="00E652A0">
      <w:pPr>
        <w:rPr>
          <w:lang w:val="nb-NO"/>
        </w:rPr>
      </w:pPr>
      <w:r>
        <w:rPr>
          <w:noProof/>
        </w:rPr>
        <w:drawing>
          <wp:inline distT="0" distB="0" distL="0" distR="0" wp14:anchorId="2029CA48" wp14:editId="7E4201CC">
            <wp:extent cx="2108934" cy="1289050"/>
            <wp:effectExtent l="0" t="0" r="5715" b="6350"/>
            <wp:docPr id="4" name="Bilde 3">
              <a:extLst xmlns:a="http://schemas.openxmlformats.org/drawingml/2006/main">
                <a:ext uri="{FF2B5EF4-FFF2-40B4-BE49-F238E27FC236}">
                  <a16:creationId xmlns:a16="http://schemas.microsoft.com/office/drawing/2014/main" id="{B57E76F9-D34A-4207-A8FA-E58FFB1A11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e 3">
                      <a:extLst>
                        <a:ext uri="{FF2B5EF4-FFF2-40B4-BE49-F238E27FC236}">
                          <a16:creationId xmlns:a16="http://schemas.microsoft.com/office/drawing/2014/main" id="{B57E76F9-D34A-4207-A8FA-E58FFB1A11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3290" cy="132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9FC43" w14:textId="77777777" w:rsidR="00E652A0" w:rsidRDefault="00E652A0">
      <w:pPr>
        <w:rPr>
          <w:lang w:val="nb-NO"/>
        </w:rPr>
      </w:pPr>
    </w:p>
    <w:p w14:paraId="38738400" w14:textId="1100F180" w:rsidR="007A085A" w:rsidRPr="00E652A0" w:rsidRDefault="00DF452E" w:rsidP="00E652A0">
      <w:pPr>
        <w:pStyle w:val="Overskrift1"/>
        <w:rPr>
          <w:lang w:val="nb-NO"/>
        </w:rPr>
      </w:pPr>
      <w:r w:rsidRPr="00E652A0">
        <w:rPr>
          <w:lang w:val="nb-NO"/>
        </w:rPr>
        <w:t>Referat – Styremøte RI Norge</w:t>
      </w:r>
    </w:p>
    <w:p w14:paraId="429BCAFE" w14:textId="77777777" w:rsidR="007A085A" w:rsidRPr="00E652A0" w:rsidRDefault="007A085A">
      <w:pPr>
        <w:rPr>
          <w:lang w:val="nb-NO"/>
        </w:rPr>
      </w:pPr>
    </w:p>
    <w:p w14:paraId="6DC747B0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Dato: 16. april 2026</w:t>
      </w:r>
    </w:p>
    <w:p w14:paraId="11162DD7" w14:textId="17FD2667" w:rsidR="007A085A" w:rsidRPr="00E652A0" w:rsidRDefault="00DF452E">
      <w:pPr>
        <w:rPr>
          <w:lang w:val="nb-NO"/>
        </w:rPr>
      </w:pPr>
      <w:r w:rsidRPr="00E652A0">
        <w:rPr>
          <w:lang w:val="nb-NO"/>
        </w:rPr>
        <w:t>Tid: 15:00–1</w:t>
      </w:r>
      <w:r w:rsidR="00E652A0">
        <w:rPr>
          <w:lang w:val="nb-NO"/>
        </w:rPr>
        <w:t>6</w:t>
      </w:r>
      <w:r w:rsidRPr="00E652A0">
        <w:rPr>
          <w:lang w:val="nb-NO"/>
        </w:rPr>
        <w:t>:</w:t>
      </w:r>
      <w:r w:rsidR="00E652A0">
        <w:rPr>
          <w:lang w:val="nb-NO"/>
        </w:rPr>
        <w:t>3</w:t>
      </w:r>
      <w:r w:rsidRPr="00E652A0">
        <w:rPr>
          <w:lang w:val="nb-NO"/>
        </w:rPr>
        <w:t>0</w:t>
      </w:r>
    </w:p>
    <w:p w14:paraId="1AE9512C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Sted: NHO-huset, møterom Grubleren</w:t>
      </w:r>
    </w:p>
    <w:p w14:paraId="20FDE47F" w14:textId="51268445" w:rsidR="007A085A" w:rsidRPr="00E652A0" w:rsidRDefault="00DF452E">
      <w:pPr>
        <w:rPr>
          <w:lang w:val="nb-NO"/>
        </w:rPr>
      </w:pPr>
      <w:proofErr w:type="gramStart"/>
      <w:r w:rsidRPr="00E652A0">
        <w:rPr>
          <w:lang w:val="nb-NO"/>
        </w:rPr>
        <w:t>Tilstede</w:t>
      </w:r>
      <w:proofErr w:type="gramEnd"/>
      <w:r w:rsidRPr="00E652A0">
        <w:rPr>
          <w:lang w:val="nb-NO"/>
        </w:rPr>
        <w:t>:</w:t>
      </w:r>
      <w:r w:rsidR="00E652A0">
        <w:rPr>
          <w:lang w:val="nb-NO"/>
        </w:rPr>
        <w:t xml:space="preserve"> </w:t>
      </w:r>
      <w:r w:rsidR="00E652A0" w:rsidRPr="00A32057">
        <w:rPr>
          <w:lang w:val="nb-NO"/>
        </w:rPr>
        <w:t>Siri</w:t>
      </w:r>
      <w:r w:rsidR="00E652A0">
        <w:rPr>
          <w:lang w:val="nb-NO"/>
        </w:rPr>
        <w:t>, Helene, Hilde</w:t>
      </w:r>
      <w:r w:rsidR="00E652A0">
        <w:rPr>
          <w:lang w:val="nb-NO"/>
        </w:rPr>
        <w:t>, Mari, Torbjørn Karl Håkon</w:t>
      </w:r>
      <w:r w:rsidR="00E652A0">
        <w:rPr>
          <w:lang w:val="nb-NO"/>
        </w:rPr>
        <w:t xml:space="preserve"> og Paal. </w:t>
      </w:r>
    </w:p>
    <w:p w14:paraId="36F3AAFA" w14:textId="77777777" w:rsidR="00E652A0" w:rsidRDefault="00E652A0">
      <w:pPr>
        <w:rPr>
          <w:b/>
          <w:bCs/>
          <w:lang w:val="nb-NO"/>
        </w:rPr>
      </w:pPr>
    </w:p>
    <w:p w14:paraId="750643B5" w14:textId="65B6F576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>Sak 20/2026 – Godkjenning av innkalling og saksliste</w:t>
      </w:r>
    </w:p>
    <w:p w14:paraId="0C606C2C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Innkalling og saksliste ble godkjent.</w:t>
      </w:r>
    </w:p>
    <w:p w14:paraId="6A22795F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Det ble vedtatt en justering av sak 25 slik at den også omfatter strategi for videre arbeid.</w:t>
      </w:r>
    </w:p>
    <w:p w14:paraId="479723DA" w14:textId="77777777" w:rsidR="007A085A" w:rsidRPr="00E652A0" w:rsidRDefault="007A085A">
      <w:pPr>
        <w:rPr>
          <w:lang w:val="nb-NO"/>
        </w:rPr>
      </w:pPr>
    </w:p>
    <w:p w14:paraId="0C474315" w14:textId="77777777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>Sak 21/2026 – Godkjenning av referat fra 5. mars 2026</w:t>
      </w:r>
    </w:p>
    <w:p w14:paraId="24E52AC9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Referatet ble godkjent uten merknader.</w:t>
      </w:r>
    </w:p>
    <w:p w14:paraId="06A736AB" w14:textId="77777777" w:rsidR="007A085A" w:rsidRPr="00E652A0" w:rsidRDefault="007A085A">
      <w:pPr>
        <w:rPr>
          <w:lang w:val="nb-NO"/>
        </w:rPr>
      </w:pPr>
    </w:p>
    <w:p w14:paraId="57E8E2D6" w14:textId="71E32AC9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 xml:space="preserve">Sak 22/2026 – </w:t>
      </w:r>
      <w:proofErr w:type="spellStart"/>
      <w:r w:rsidRPr="00E652A0">
        <w:rPr>
          <w:b/>
          <w:bCs/>
          <w:lang w:val="nb-NO"/>
        </w:rPr>
        <w:t>Rehab</w:t>
      </w:r>
      <w:proofErr w:type="spellEnd"/>
      <w:r w:rsidRPr="00E652A0">
        <w:rPr>
          <w:b/>
          <w:bCs/>
          <w:lang w:val="nb-NO"/>
        </w:rPr>
        <w:t>-lunsj</w:t>
      </w:r>
      <w:r w:rsidR="00E652A0">
        <w:rPr>
          <w:b/>
          <w:bCs/>
          <w:lang w:val="nb-NO"/>
        </w:rPr>
        <w:t>seminar</w:t>
      </w:r>
    </w:p>
    <w:p w14:paraId="1C5305BC" w14:textId="610E6E29" w:rsidR="007A085A" w:rsidRPr="00E652A0" w:rsidRDefault="00DF452E">
      <w:pPr>
        <w:rPr>
          <w:lang w:val="nb-NO"/>
        </w:rPr>
      </w:pPr>
      <w:r w:rsidRPr="00E652A0">
        <w:rPr>
          <w:lang w:val="nb-NO"/>
        </w:rPr>
        <w:t>Arrangementet flyttes til 11. juni 2026</w:t>
      </w:r>
      <w:r w:rsidR="00E652A0">
        <w:rPr>
          <w:lang w:val="nb-NO"/>
        </w:rPr>
        <w:t>.</w:t>
      </w:r>
    </w:p>
    <w:p w14:paraId="380FB68B" w14:textId="6627999D" w:rsidR="007A085A" w:rsidRPr="00E652A0" w:rsidRDefault="00DF452E">
      <w:pPr>
        <w:rPr>
          <w:lang w:val="nb-NO"/>
        </w:rPr>
      </w:pPr>
      <w:r w:rsidRPr="00E652A0">
        <w:rPr>
          <w:lang w:val="nb-NO"/>
        </w:rPr>
        <w:t>Tre hovedinnlegg planlegges (30 minutter hver) samt åpning for korte innlegg</w:t>
      </w:r>
      <w:r w:rsidR="00E652A0">
        <w:rPr>
          <w:lang w:val="nb-NO"/>
        </w:rPr>
        <w:t xml:space="preserve"> fra dem som deltar på lunsj-seminaret</w:t>
      </w:r>
      <w:r w:rsidRPr="00E652A0">
        <w:rPr>
          <w:lang w:val="nb-NO"/>
        </w:rPr>
        <w:t>.</w:t>
      </w:r>
    </w:p>
    <w:p w14:paraId="4DDAC3A5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Arrangementet gjennomføres digitalt.</w:t>
      </w:r>
    </w:p>
    <w:p w14:paraId="5C905FEA" w14:textId="77777777" w:rsidR="007A085A" w:rsidRPr="00E652A0" w:rsidRDefault="007A085A">
      <w:pPr>
        <w:rPr>
          <w:lang w:val="nb-NO"/>
        </w:rPr>
      </w:pPr>
    </w:p>
    <w:p w14:paraId="29BC7F15" w14:textId="77777777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 xml:space="preserve">Sak 23/2026 – </w:t>
      </w:r>
      <w:proofErr w:type="spellStart"/>
      <w:r w:rsidRPr="00E652A0">
        <w:rPr>
          <w:b/>
          <w:bCs/>
          <w:lang w:val="nb-NO"/>
        </w:rPr>
        <w:t>Rehab</w:t>
      </w:r>
      <w:proofErr w:type="spellEnd"/>
      <w:r w:rsidRPr="00E652A0">
        <w:rPr>
          <w:b/>
          <w:bCs/>
          <w:lang w:val="nb-NO"/>
        </w:rPr>
        <w:t>-lunsjene i mars og april</w:t>
      </w:r>
    </w:p>
    <w:p w14:paraId="3F6411C2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lastRenderedPageBreak/>
        <w:t>Mars: God kvalitet, men lav deltakelse.</w:t>
      </w:r>
    </w:p>
    <w:p w14:paraId="7D0A241A" w14:textId="4915CB0E" w:rsidR="007A085A" w:rsidRPr="00E652A0" w:rsidRDefault="00DF452E">
      <w:pPr>
        <w:rPr>
          <w:lang w:val="nb-NO"/>
        </w:rPr>
      </w:pPr>
      <w:r w:rsidRPr="00E652A0">
        <w:rPr>
          <w:lang w:val="nb-NO"/>
        </w:rPr>
        <w:t>April: Tema PRT (</w:t>
      </w:r>
      <w:proofErr w:type="spellStart"/>
      <w:r w:rsidRPr="00E652A0">
        <w:rPr>
          <w:lang w:val="nb-NO"/>
        </w:rPr>
        <w:t>Pain</w:t>
      </w:r>
      <w:proofErr w:type="spellEnd"/>
      <w:r w:rsidRPr="00E652A0">
        <w:rPr>
          <w:lang w:val="nb-NO"/>
        </w:rPr>
        <w:t xml:space="preserve"> </w:t>
      </w:r>
      <w:proofErr w:type="spellStart"/>
      <w:r w:rsidRPr="00E652A0">
        <w:rPr>
          <w:lang w:val="nb-NO"/>
        </w:rPr>
        <w:t>Reprocessing</w:t>
      </w:r>
      <w:proofErr w:type="spellEnd"/>
      <w:r w:rsidRPr="00E652A0">
        <w:rPr>
          <w:lang w:val="nb-NO"/>
        </w:rPr>
        <w:t xml:space="preserve"> </w:t>
      </w:r>
      <w:proofErr w:type="spellStart"/>
      <w:r w:rsidRPr="00E652A0">
        <w:rPr>
          <w:lang w:val="nb-NO"/>
        </w:rPr>
        <w:t>Therapy</w:t>
      </w:r>
      <w:proofErr w:type="spellEnd"/>
      <w:r w:rsidRPr="00E652A0">
        <w:rPr>
          <w:lang w:val="nb-NO"/>
        </w:rPr>
        <w:t>), faglig interessant og</w:t>
      </w:r>
      <w:r w:rsidR="00E652A0">
        <w:rPr>
          <w:lang w:val="nb-NO"/>
        </w:rPr>
        <w:t xml:space="preserve"> en</w:t>
      </w:r>
      <w:r w:rsidRPr="00E652A0">
        <w:rPr>
          <w:lang w:val="nb-NO"/>
        </w:rPr>
        <w:t xml:space="preserve"> noe omdiskutert</w:t>
      </w:r>
      <w:r w:rsidR="00E652A0">
        <w:rPr>
          <w:lang w:val="nb-NO"/>
        </w:rPr>
        <w:t xml:space="preserve"> metode, men som har gode forskningsmessige resultater</w:t>
      </w:r>
      <w:r w:rsidRPr="00E652A0">
        <w:rPr>
          <w:lang w:val="nb-NO"/>
        </w:rPr>
        <w:t>.</w:t>
      </w:r>
    </w:p>
    <w:p w14:paraId="0917F77A" w14:textId="465A39C3" w:rsidR="007A085A" w:rsidRPr="00E652A0" w:rsidRDefault="00E652A0">
      <w:pPr>
        <w:rPr>
          <w:lang w:val="nb-NO"/>
        </w:rPr>
      </w:pPr>
      <w:r>
        <w:rPr>
          <w:lang w:val="nb-NO"/>
        </w:rPr>
        <w:t xml:space="preserve">Siri </w:t>
      </w:r>
      <w:r w:rsidR="00DF452E" w:rsidRPr="00E652A0">
        <w:rPr>
          <w:lang w:val="nb-NO"/>
        </w:rPr>
        <w:t>utarbeide</w:t>
      </w:r>
      <w:r>
        <w:rPr>
          <w:lang w:val="nb-NO"/>
        </w:rPr>
        <w:t>r en</w:t>
      </w:r>
      <w:r w:rsidR="00DF452E" w:rsidRPr="00E652A0">
        <w:rPr>
          <w:lang w:val="nb-NO"/>
        </w:rPr>
        <w:t xml:space="preserve"> kort introduksjonstekst til invitasjon</w:t>
      </w:r>
      <w:r>
        <w:rPr>
          <w:lang w:val="nb-NO"/>
        </w:rPr>
        <w:t xml:space="preserve"> som oversendes Paal som sender ut invitasjonen førstkommende mandag.</w:t>
      </w:r>
    </w:p>
    <w:p w14:paraId="777DCAE0" w14:textId="77777777" w:rsidR="007A085A" w:rsidRPr="00E652A0" w:rsidRDefault="007A085A">
      <w:pPr>
        <w:rPr>
          <w:lang w:val="nb-NO"/>
        </w:rPr>
      </w:pPr>
    </w:p>
    <w:p w14:paraId="2FDCDF20" w14:textId="77777777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>Sak 24/2026 – Regnskap 2025</w:t>
      </w:r>
    </w:p>
    <w:p w14:paraId="476889E5" w14:textId="63687E99" w:rsidR="007A085A" w:rsidRPr="00E652A0" w:rsidRDefault="00DF452E">
      <w:pPr>
        <w:rPr>
          <w:lang w:val="nb-NO"/>
        </w:rPr>
      </w:pPr>
      <w:r w:rsidRPr="00E652A0">
        <w:rPr>
          <w:lang w:val="nb-NO"/>
        </w:rPr>
        <w:t>Prosjektregnskap</w:t>
      </w:r>
      <w:r w:rsidR="00E652A0">
        <w:rPr>
          <w:lang w:val="nb-NO"/>
        </w:rPr>
        <w:t xml:space="preserve"> som Tone er ansvarlig for</w:t>
      </w:r>
      <w:r w:rsidRPr="00E652A0">
        <w:rPr>
          <w:lang w:val="nb-NO"/>
        </w:rPr>
        <w:t xml:space="preserve"> er integrert i RI-regnskapet.</w:t>
      </w:r>
    </w:p>
    <w:p w14:paraId="107EE3AC" w14:textId="6F0EF2A3" w:rsidR="007A085A" w:rsidRPr="00E652A0" w:rsidRDefault="00DF452E">
      <w:pPr>
        <w:rPr>
          <w:lang w:val="nb-NO"/>
        </w:rPr>
      </w:pPr>
      <w:r w:rsidRPr="00E652A0">
        <w:rPr>
          <w:lang w:val="nb-NO"/>
        </w:rPr>
        <w:t>Egenkapital</w:t>
      </w:r>
      <w:r w:rsidR="00E652A0">
        <w:rPr>
          <w:lang w:val="nb-NO"/>
        </w:rPr>
        <w:t>en vår</w:t>
      </w:r>
      <w:r w:rsidRPr="00E652A0">
        <w:rPr>
          <w:lang w:val="nb-NO"/>
        </w:rPr>
        <w:t xml:space="preserve"> ca. 150 000 kr.</w:t>
      </w:r>
    </w:p>
    <w:p w14:paraId="2B4AAB32" w14:textId="423920B7" w:rsidR="007A085A" w:rsidRPr="00E652A0" w:rsidRDefault="00E652A0">
      <w:pPr>
        <w:rPr>
          <w:lang w:val="nb-NO"/>
        </w:rPr>
      </w:pPr>
      <w:r>
        <w:rPr>
          <w:lang w:val="nb-NO"/>
        </w:rPr>
        <w:t xml:space="preserve">Siri har dialog med Tone ang. </w:t>
      </w:r>
      <w:r w:rsidR="00DF452E" w:rsidRPr="00E652A0">
        <w:rPr>
          <w:lang w:val="nb-NO"/>
        </w:rPr>
        <w:t>prosjektregnskap og budsjett</w:t>
      </w:r>
      <w:r>
        <w:rPr>
          <w:lang w:val="nb-NO"/>
        </w:rPr>
        <w:t>. Styret vedtar på et digitalt møte/via e-</w:t>
      </w:r>
      <w:proofErr w:type="gramStart"/>
      <w:r>
        <w:rPr>
          <w:lang w:val="nb-NO"/>
        </w:rPr>
        <w:t>post  regnskapet</w:t>
      </w:r>
      <w:proofErr w:type="gramEnd"/>
      <w:r>
        <w:rPr>
          <w:lang w:val="nb-NO"/>
        </w:rPr>
        <w:t xml:space="preserve"> i mai</w:t>
      </w:r>
      <w:r w:rsidR="00DF452E" w:rsidRPr="00E652A0">
        <w:rPr>
          <w:lang w:val="nb-NO"/>
        </w:rPr>
        <w:t>.</w:t>
      </w:r>
    </w:p>
    <w:p w14:paraId="6A967A4C" w14:textId="77777777" w:rsidR="007A085A" w:rsidRPr="00E652A0" w:rsidRDefault="007A085A">
      <w:pPr>
        <w:rPr>
          <w:lang w:val="nb-NO"/>
        </w:rPr>
      </w:pPr>
    </w:p>
    <w:p w14:paraId="29DEAD59" w14:textId="77777777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>Sak 25/2026 – Verveaktivitet og strategi</w:t>
      </w:r>
    </w:p>
    <w:p w14:paraId="5EACECD9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Behov for mer strukturert rekrutteringsarbeid.</w:t>
      </w:r>
    </w:p>
    <w:p w14:paraId="2B071F8B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Tiltak:</w:t>
      </w:r>
    </w:p>
    <w:p w14:paraId="4B51E1C0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- Fordele ansvar i styret</w:t>
      </w:r>
    </w:p>
    <w:p w14:paraId="1F4E5CD1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- Oppdatere nettside</w:t>
      </w:r>
    </w:p>
    <w:p w14:paraId="1C4B7E24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- Vurdere nyhetsbrev</w:t>
      </w:r>
    </w:p>
    <w:p w14:paraId="1732F81B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 xml:space="preserve">- Bruke </w:t>
      </w:r>
      <w:proofErr w:type="spellStart"/>
      <w:r w:rsidRPr="00E652A0">
        <w:rPr>
          <w:lang w:val="nb-NO"/>
        </w:rPr>
        <w:t>Rehab</w:t>
      </w:r>
      <w:proofErr w:type="spellEnd"/>
      <w:r w:rsidRPr="00E652A0">
        <w:rPr>
          <w:lang w:val="nb-NO"/>
        </w:rPr>
        <w:t>-lunsjer som rekrutteringsarena</w:t>
      </w:r>
    </w:p>
    <w:p w14:paraId="1964F329" w14:textId="77777777" w:rsidR="007A085A" w:rsidRPr="00E652A0" w:rsidRDefault="007A085A">
      <w:pPr>
        <w:rPr>
          <w:lang w:val="nb-NO"/>
        </w:rPr>
      </w:pPr>
    </w:p>
    <w:p w14:paraId="50D12D15" w14:textId="77777777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>Sak 27/2026 – Info fra RI internasjonalt</w:t>
      </w:r>
    </w:p>
    <w:p w14:paraId="03BB5985" w14:textId="0440A434" w:rsidR="007A085A" w:rsidRPr="00E652A0" w:rsidRDefault="00DF452E">
      <w:pPr>
        <w:rPr>
          <w:lang w:val="nb-NO"/>
        </w:rPr>
      </w:pPr>
      <w:r w:rsidRPr="00E652A0">
        <w:rPr>
          <w:lang w:val="nb-NO"/>
        </w:rPr>
        <w:t>Utsatt</w:t>
      </w:r>
      <w:r w:rsidR="00E652A0">
        <w:rPr>
          <w:lang w:val="nb-NO"/>
        </w:rPr>
        <w:t xml:space="preserve"> siden Jan og Tone ikke deltok på dette møtet.</w:t>
      </w:r>
    </w:p>
    <w:p w14:paraId="45660374" w14:textId="77777777" w:rsidR="007A085A" w:rsidRPr="00E652A0" w:rsidRDefault="007A085A">
      <w:pPr>
        <w:rPr>
          <w:lang w:val="nb-NO"/>
        </w:rPr>
      </w:pPr>
    </w:p>
    <w:p w14:paraId="759F658F" w14:textId="77777777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t>Sak 28/2026 – Informasjonsrunde</w:t>
      </w:r>
    </w:p>
    <w:p w14:paraId="7F0818C7" w14:textId="77777777" w:rsidR="007A085A" w:rsidRPr="00E652A0" w:rsidRDefault="00DF452E">
      <w:pPr>
        <w:rPr>
          <w:lang w:val="nb-NO"/>
        </w:rPr>
      </w:pPr>
      <w:r w:rsidRPr="00E652A0">
        <w:rPr>
          <w:lang w:val="nb-NO"/>
        </w:rPr>
        <w:t>Kort orientering fra organisasjonene om status og pågående arbeid.</w:t>
      </w:r>
    </w:p>
    <w:p w14:paraId="24A5043A" w14:textId="77777777" w:rsidR="00800209" w:rsidRDefault="00800209">
      <w:pPr>
        <w:rPr>
          <w:b/>
          <w:bCs/>
          <w:lang w:val="nb-NO"/>
        </w:rPr>
      </w:pPr>
    </w:p>
    <w:p w14:paraId="395C49D1" w14:textId="77777777" w:rsidR="00800209" w:rsidRDefault="00800209">
      <w:pPr>
        <w:rPr>
          <w:b/>
          <w:bCs/>
          <w:lang w:val="nb-NO"/>
        </w:rPr>
      </w:pPr>
    </w:p>
    <w:p w14:paraId="75F2649A" w14:textId="699FFA90" w:rsidR="007A085A" w:rsidRPr="00E652A0" w:rsidRDefault="00DF452E">
      <w:pPr>
        <w:rPr>
          <w:b/>
          <w:bCs/>
          <w:lang w:val="nb-NO"/>
        </w:rPr>
      </w:pPr>
      <w:r w:rsidRPr="00E652A0">
        <w:rPr>
          <w:b/>
          <w:bCs/>
          <w:lang w:val="nb-NO"/>
        </w:rPr>
        <w:lastRenderedPageBreak/>
        <w:t>Sak 29/2026 – Eventuelt</w:t>
      </w:r>
    </w:p>
    <w:p w14:paraId="6F0A61DA" w14:textId="77777777" w:rsidR="007A085A" w:rsidRDefault="00DF452E">
      <w:pPr>
        <w:rPr>
          <w:lang w:val="nb-NO"/>
        </w:rPr>
      </w:pPr>
      <w:r w:rsidRPr="00E652A0">
        <w:rPr>
          <w:lang w:val="nb-NO"/>
        </w:rPr>
        <w:t>Ingen saker.</w:t>
      </w:r>
    </w:p>
    <w:p w14:paraId="2C341264" w14:textId="77777777" w:rsidR="00800209" w:rsidRPr="00E652A0" w:rsidRDefault="00800209">
      <w:pPr>
        <w:rPr>
          <w:lang w:val="nb-NO"/>
        </w:rPr>
      </w:pPr>
    </w:p>
    <w:p w14:paraId="72245B12" w14:textId="35B2C10E" w:rsidR="007A085A" w:rsidRPr="00800209" w:rsidRDefault="00DF452E">
      <w:pPr>
        <w:rPr>
          <w:lang w:val="nb-NO"/>
        </w:rPr>
      </w:pPr>
      <w:r w:rsidRPr="00E652A0">
        <w:rPr>
          <w:lang w:val="nb-NO"/>
        </w:rPr>
        <w:t xml:space="preserve">Referent: </w:t>
      </w:r>
      <w:r w:rsidR="00800209">
        <w:rPr>
          <w:lang w:val="nb-NO"/>
        </w:rPr>
        <w:t>Paal Haavorsen</w:t>
      </w:r>
    </w:p>
    <w:p w14:paraId="77C6BFCA" w14:textId="77777777" w:rsidR="007A085A" w:rsidRDefault="007A085A"/>
    <w:sectPr w:rsidR="007A085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226694">
    <w:abstractNumId w:val="8"/>
  </w:num>
  <w:num w:numId="2" w16cid:durableId="890380776">
    <w:abstractNumId w:val="6"/>
  </w:num>
  <w:num w:numId="3" w16cid:durableId="1901019717">
    <w:abstractNumId w:val="5"/>
  </w:num>
  <w:num w:numId="4" w16cid:durableId="336229830">
    <w:abstractNumId w:val="4"/>
  </w:num>
  <w:num w:numId="5" w16cid:durableId="223571003">
    <w:abstractNumId w:val="7"/>
  </w:num>
  <w:num w:numId="6" w16cid:durableId="980696296">
    <w:abstractNumId w:val="3"/>
  </w:num>
  <w:num w:numId="7" w16cid:durableId="312298498">
    <w:abstractNumId w:val="2"/>
  </w:num>
  <w:num w:numId="8" w16cid:durableId="1229531803">
    <w:abstractNumId w:val="1"/>
  </w:num>
  <w:num w:numId="9" w16cid:durableId="1005668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A2B08"/>
    <w:rsid w:val="007A085A"/>
    <w:rsid w:val="00800209"/>
    <w:rsid w:val="00AA1D8D"/>
    <w:rsid w:val="00B47730"/>
    <w:rsid w:val="00CB0664"/>
    <w:rsid w:val="00E652A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88C751"/>
  <w14:defaultImageDpi w14:val="300"/>
  <w15:docId w15:val="{F0314118-E6C6-4D33-A20E-E972125D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Paal Haavorsen</cp:lastModifiedBy>
  <cp:revision>2</cp:revision>
  <dcterms:created xsi:type="dcterms:W3CDTF">2026-04-20T11:24:00Z</dcterms:created>
  <dcterms:modified xsi:type="dcterms:W3CDTF">2026-04-20T11:24:00Z</dcterms:modified>
  <cp:category/>
</cp:coreProperties>
</file>