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F243E" w14:textId="77777777" w:rsidR="00F8150A" w:rsidRPr="00A32057" w:rsidRDefault="00000000">
      <w:pPr>
        <w:pStyle w:val="Overskrift1"/>
        <w:jc w:val="center"/>
        <w:rPr>
          <w:lang w:val="nb-NO"/>
        </w:rPr>
      </w:pPr>
      <w:r w:rsidRPr="00A32057">
        <w:rPr>
          <w:lang w:val="nb-NO"/>
        </w:rPr>
        <w:t>Referat – Styremøte RI Norge</w:t>
      </w:r>
    </w:p>
    <w:p w14:paraId="491E313E" w14:textId="77777777" w:rsidR="00F8150A" w:rsidRPr="00A32057" w:rsidRDefault="00000000">
      <w:pPr>
        <w:rPr>
          <w:lang w:val="nb-NO"/>
        </w:rPr>
      </w:pPr>
      <w:r w:rsidRPr="00A32057">
        <w:rPr>
          <w:b/>
          <w:lang w:val="nb-NO"/>
        </w:rPr>
        <w:t>Dato: 5. mars 2026</w:t>
      </w:r>
    </w:p>
    <w:p w14:paraId="265405BF" w14:textId="77777777" w:rsidR="00F8150A" w:rsidRPr="00A32057" w:rsidRDefault="00000000">
      <w:pPr>
        <w:rPr>
          <w:lang w:val="nb-NO"/>
        </w:rPr>
      </w:pPr>
      <w:r w:rsidRPr="00A32057">
        <w:rPr>
          <w:b/>
          <w:lang w:val="nb-NO"/>
        </w:rPr>
        <w:t>Tid: 15.00–17.00</w:t>
      </w:r>
    </w:p>
    <w:p w14:paraId="006D2B49" w14:textId="77777777" w:rsidR="00F8150A" w:rsidRPr="00A32057" w:rsidRDefault="00000000">
      <w:pPr>
        <w:rPr>
          <w:bCs/>
          <w:lang w:val="nb-NO"/>
        </w:rPr>
      </w:pPr>
      <w:r w:rsidRPr="00A32057">
        <w:rPr>
          <w:b/>
          <w:lang w:val="nb-NO"/>
        </w:rPr>
        <w:t xml:space="preserve">Sted: </w:t>
      </w:r>
      <w:r w:rsidRPr="00A32057">
        <w:rPr>
          <w:bCs/>
          <w:lang w:val="nb-NO"/>
        </w:rPr>
        <w:t>NHO-huset, møterom Labyrinten</w:t>
      </w:r>
    </w:p>
    <w:p w14:paraId="77223A27" w14:textId="7B4C31A9" w:rsidR="00F8150A" w:rsidRDefault="00A32057">
      <w:pPr>
        <w:rPr>
          <w:lang w:val="nb-NO"/>
        </w:rPr>
      </w:pPr>
      <w:r w:rsidRPr="00A32057">
        <w:rPr>
          <w:b/>
          <w:bCs/>
          <w:lang w:val="nb-NO"/>
        </w:rPr>
        <w:t>Deltok</w:t>
      </w:r>
      <w:r>
        <w:rPr>
          <w:b/>
          <w:bCs/>
          <w:lang w:val="nb-NO"/>
        </w:rPr>
        <w:t xml:space="preserve">: </w:t>
      </w:r>
      <w:r w:rsidRPr="00A32057">
        <w:rPr>
          <w:lang w:val="nb-NO"/>
        </w:rPr>
        <w:t>Siri</w:t>
      </w:r>
      <w:r>
        <w:rPr>
          <w:lang w:val="nb-NO"/>
        </w:rPr>
        <w:t>, Helene,</w:t>
      </w:r>
      <w:r w:rsidR="00370F6A">
        <w:rPr>
          <w:lang w:val="nb-NO"/>
        </w:rPr>
        <w:t xml:space="preserve"> Hilde og Paal. Som observatører deltok Jan og Tone</w:t>
      </w:r>
    </w:p>
    <w:p w14:paraId="2D38D4CD" w14:textId="77777777" w:rsidR="00EA38C5" w:rsidRPr="00A32057" w:rsidRDefault="00EA38C5">
      <w:pPr>
        <w:rPr>
          <w:b/>
          <w:bCs/>
          <w:lang w:val="nb-NO"/>
        </w:rPr>
      </w:pPr>
    </w:p>
    <w:p w14:paraId="771DD191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9/2026 – Godkjenning av innkalling og saksliste</w:t>
      </w:r>
    </w:p>
    <w:p w14:paraId="4DFDA687" w14:textId="77777777" w:rsidR="00F8150A" w:rsidRDefault="00000000">
      <w:pPr>
        <w:rPr>
          <w:lang w:val="nb-NO"/>
        </w:rPr>
      </w:pPr>
      <w:r w:rsidRPr="00A32057">
        <w:rPr>
          <w:lang w:val="nb-NO"/>
        </w:rPr>
        <w:t>Innkalling og saksliste ble godkjent uten merknader.</w:t>
      </w:r>
    </w:p>
    <w:p w14:paraId="6E245804" w14:textId="77777777" w:rsidR="005A03C0" w:rsidRPr="00A32057" w:rsidRDefault="005A03C0">
      <w:pPr>
        <w:rPr>
          <w:lang w:val="nb-NO"/>
        </w:rPr>
      </w:pPr>
    </w:p>
    <w:p w14:paraId="16EA76D1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10/2026 – Godkjenning av referat fra 22. januar 2026</w:t>
      </w:r>
    </w:p>
    <w:p w14:paraId="3BDCE760" w14:textId="77777777" w:rsidR="00F8150A" w:rsidRDefault="00000000">
      <w:pPr>
        <w:rPr>
          <w:lang w:val="nb-NO"/>
        </w:rPr>
      </w:pPr>
      <w:r w:rsidRPr="00A32057">
        <w:rPr>
          <w:lang w:val="nb-NO"/>
        </w:rPr>
        <w:t>Referatet fra forrige styremøte ble godkjent.</w:t>
      </w:r>
    </w:p>
    <w:p w14:paraId="6A1FD96E" w14:textId="77777777" w:rsidR="005A03C0" w:rsidRPr="00A32057" w:rsidRDefault="005A03C0">
      <w:pPr>
        <w:rPr>
          <w:lang w:val="nb-NO"/>
        </w:rPr>
      </w:pPr>
    </w:p>
    <w:p w14:paraId="24A5113D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 xml:space="preserve">Sak 11/2026 – </w:t>
      </w:r>
      <w:proofErr w:type="spellStart"/>
      <w:r w:rsidRPr="00A32057">
        <w:rPr>
          <w:lang w:val="nb-NO"/>
        </w:rPr>
        <w:t>Rehab</w:t>
      </w:r>
      <w:proofErr w:type="spellEnd"/>
      <w:r w:rsidRPr="00A32057">
        <w:rPr>
          <w:lang w:val="nb-NO"/>
        </w:rPr>
        <w:t>-lunsj 18. juni 2026</w:t>
      </w:r>
    </w:p>
    <w:p w14:paraId="6B930FF3" w14:textId="151AAACC" w:rsidR="00F8150A" w:rsidRDefault="00000000">
      <w:pPr>
        <w:rPr>
          <w:lang w:val="nb-NO"/>
        </w:rPr>
      </w:pPr>
      <w:r w:rsidRPr="00A32057">
        <w:rPr>
          <w:lang w:val="nb-NO"/>
        </w:rPr>
        <w:t>Arbeidsgruppen (Rune Kvarme, Torbjørn Furulund og Paal Haavorsen) har hatt ett møte 12. februar.</w:t>
      </w:r>
      <w:r w:rsidRPr="00A32057">
        <w:rPr>
          <w:lang w:val="nb-NO"/>
        </w:rPr>
        <w:br/>
      </w:r>
      <w:r w:rsidRPr="00A32057">
        <w:rPr>
          <w:lang w:val="nb-NO"/>
        </w:rPr>
        <w:br/>
        <w:t>Foreslått tittel: «Nav – hvor går veien videre?»</w:t>
      </w:r>
      <w:r w:rsidRPr="00A32057">
        <w:rPr>
          <w:lang w:val="nb-NO"/>
        </w:rPr>
        <w:br/>
      </w:r>
      <w:r w:rsidRPr="00A32057">
        <w:rPr>
          <w:lang w:val="nb-NO"/>
        </w:rPr>
        <w:br/>
        <w:t>Foreløpig program:</w:t>
      </w:r>
      <w:r w:rsidRPr="00A32057">
        <w:rPr>
          <w:lang w:val="nb-NO"/>
        </w:rPr>
        <w:br/>
        <w:t>- Hvorfor og hvordan fikk vi NAV? (Holte/Høybråten vurdert)</w:t>
      </w:r>
      <w:r w:rsidRPr="00A32057">
        <w:rPr>
          <w:lang w:val="nb-NO"/>
        </w:rPr>
        <w:br/>
        <w:t>- Hva er galt med NAV? (Riksrevisjonens kritiske rapporter)</w:t>
      </w:r>
      <w:r w:rsidRPr="00A32057">
        <w:rPr>
          <w:lang w:val="nb-NO"/>
        </w:rPr>
        <w:br/>
        <w:t>- Presentasjon av ekspertutvalget</w:t>
      </w:r>
      <w:r w:rsidRPr="00A32057">
        <w:rPr>
          <w:lang w:val="nb-NO"/>
        </w:rPr>
        <w:br/>
        <w:t>- Medlemsinnlegg om hva som bør endres</w:t>
      </w:r>
      <w:r w:rsidRPr="00A32057">
        <w:rPr>
          <w:lang w:val="nb-NO"/>
        </w:rPr>
        <w:br/>
      </w:r>
      <w:r w:rsidRPr="00A32057">
        <w:rPr>
          <w:lang w:val="nb-NO"/>
        </w:rPr>
        <w:br/>
        <w:t xml:space="preserve">Holte har takket nei. Henvendelse til Riksrevisjonen er sendt. Høybråten og </w:t>
      </w:r>
      <w:r w:rsidR="00893CD5">
        <w:rPr>
          <w:lang w:val="nb-NO"/>
        </w:rPr>
        <w:t xml:space="preserve">kanskje </w:t>
      </w:r>
      <w:r w:rsidRPr="00A32057">
        <w:rPr>
          <w:lang w:val="nb-NO"/>
        </w:rPr>
        <w:t xml:space="preserve">Yngvar Åsholt </w:t>
      </w:r>
      <w:r w:rsidR="00893CD5">
        <w:rPr>
          <w:lang w:val="nb-NO"/>
        </w:rPr>
        <w:t xml:space="preserve">bør </w:t>
      </w:r>
      <w:r w:rsidRPr="00A32057">
        <w:rPr>
          <w:lang w:val="nb-NO"/>
        </w:rPr>
        <w:t>vurderes. Arbeidet fortsetter med mål om avklaringer i løpet av mars.</w:t>
      </w:r>
    </w:p>
    <w:p w14:paraId="10485961" w14:textId="77777777" w:rsidR="005A03C0" w:rsidRPr="00A32057" w:rsidRDefault="005A03C0">
      <w:pPr>
        <w:rPr>
          <w:lang w:val="nb-NO"/>
        </w:rPr>
      </w:pPr>
    </w:p>
    <w:p w14:paraId="03D7BF5D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 xml:space="preserve">Sak 12/2026 – </w:t>
      </w:r>
      <w:proofErr w:type="spellStart"/>
      <w:r w:rsidRPr="00A32057">
        <w:rPr>
          <w:lang w:val="nb-NO"/>
        </w:rPr>
        <w:t>Rehab</w:t>
      </w:r>
      <w:proofErr w:type="spellEnd"/>
      <w:r w:rsidRPr="00A32057">
        <w:rPr>
          <w:lang w:val="nb-NO"/>
        </w:rPr>
        <w:t>-lunsj februar og mars</w:t>
      </w:r>
    </w:p>
    <w:p w14:paraId="06D4FD6C" w14:textId="6EDCDFB6" w:rsidR="00F8150A" w:rsidRPr="00A32057" w:rsidRDefault="00000000">
      <w:pPr>
        <w:rPr>
          <w:lang w:val="nb-NO"/>
        </w:rPr>
      </w:pPr>
      <w:r w:rsidRPr="008014B3">
        <w:rPr>
          <w:u w:val="single"/>
          <w:lang w:val="nb-NO"/>
        </w:rPr>
        <w:t>Februar:</w:t>
      </w:r>
      <w:r w:rsidRPr="00A32057">
        <w:rPr>
          <w:lang w:val="nb-NO"/>
        </w:rPr>
        <w:t xml:space="preserve"> Tema digitale utfordringer for </w:t>
      </w:r>
      <w:r w:rsidR="005A03C0">
        <w:rPr>
          <w:lang w:val="nb-NO"/>
        </w:rPr>
        <w:t xml:space="preserve">bl.a. </w:t>
      </w:r>
      <w:r w:rsidRPr="00A32057">
        <w:rPr>
          <w:lang w:val="nb-NO"/>
        </w:rPr>
        <w:t>blinde. Kombinasjon av faglig innlegg og brukererfaring fungerte godt.</w:t>
      </w:r>
      <w:r w:rsidRPr="00A32057">
        <w:rPr>
          <w:lang w:val="nb-NO"/>
        </w:rPr>
        <w:br/>
      </w:r>
      <w:r w:rsidRPr="00A32057">
        <w:rPr>
          <w:lang w:val="nb-NO"/>
        </w:rPr>
        <w:br/>
      </w:r>
      <w:r w:rsidRPr="008014B3">
        <w:rPr>
          <w:u w:val="single"/>
          <w:lang w:val="nb-NO"/>
        </w:rPr>
        <w:t>Mars:</w:t>
      </w:r>
      <w:r w:rsidRPr="00A32057">
        <w:rPr>
          <w:lang w:val="nb-NO"/>
        </w:rPr>
        <w:t xml:space="preserve"> Likestillings- og diskrimineringsombudet (Bjørn Erik Thon) innleder om CRPD og betydning for rehabiliteringsfeltet.</w:t>
      </w:r>
    </w:p>
    <w:p w14:paraId="340AD946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lastRenderedPageBreak/>
        <w:t>Sak 13/2026 – Regnskap 2025</w:t>
      </w:r>
    </w:p>
    <w:p w14:paraId="1F3E1F62" w14:textId="59A9BBF0" w:rsidR="00F8150A" w:rsidRDefault="00000000">
      <w:pPr>
        <w:rPr>
          <w:lang w:val="nb-NO"/>
        </w:rPr>
      </w:pPr>
      <w:r w:rsidRPr="00A32057">
        <w:rPr>
          <w:lang w:val="nb-NO"/>
        </w:rPr>
        <w:t>Regnskapet viser lav medlemsinntekt (ca. 74 000 kr) og betydelig underskudd (ca. 100 000 kr).</w:t>
      </w:r>
      <w:r w:rsidRPr="00A32057">
        <w:rPr>
          <w:lang w:val="nb-NO"/>
        </w:rPr>
        <w:br/>
        <w:t>Egenkapital per 31.12.2025 er ca. 196 000 kr.</w:t>
      </w:r>
      <w:r w:rsidRPr="00A32057">
        <w:rPr>
          <w:lang w:val="nb-NO"/>
        </w:rPr>
        <w:br/>
      </w:r>
      <w:r w:rsidRPr="00A32057">
        <w:rPr>
          <w:lang w:val="nb-NO"/>
        </w:rPr>
        <w:br/>
        <w:t>Styret uttrykte bekymring for sammenblanding av prosjektregnskap og drift, samt høy kontingent til RI Global.</w:t>
      </w:r>
      <w:r w:rsidRPr="00A32057">
        <w:rPr>
          <w:lang w:val="nb-NO"/>
        </w:rPr>
        <w:br/>
      </w:r>
      <w:r w:rsidRPr="00A32057">
        <w:rPr>
          <w:lang w:val="nb-NO"/>
        </w:rPr>
        <w:br/>
      </w:r>
      <w:r w:rsidRPr="00077DC2">
        <w:rPr>
          <w:u w:val="single"/>
          <w:lang w:val="nb-NO"/>
        </w:rPr>
        <w:t>Vedtak:</w:t>
      </w:r>
      <w:r w:rsidRPr="00A32057">
        <w:rPr>
          <w:lang w:val="nb-NO"/>
        </w:rPr>
        <w:t xml:space="preserve"> Siri og Tone avholder møte med regnskapsfører for å rydde opp i </w:t>
      </w:r>
      <w:r w:rsidR="00077DC2">
        <w:rPr>
          <w:lang w:val="nb-NO"/>
        </w:rPr>
        <w:t xml:space="preserve">sammenblandingen av </w:t>
      </w:r>
      <w:r w:rsidR="002E3BEB">
        <w:rPr>
          <w:lang w:val="nb-NO"/>
        </w:rPr>
        <w:t>prosjektet som Tone driver og RI-Norge sitt regnskap</w:t>
      </w:r>
      <w:r w:rsidRPr="00A32057">
        <w:rPr>
          <w:lang w:val="nb-NO"/>
        </w:rPr>
        <w:t xml:space="preserve">. </w:t>
      </w:r>
      <w:r w:rsidR="00B973FA">
        <w:rPr>
          <w:lang w:val="nb-NO"/>
        </w:rPr>
        <w:t>Det rettes henvendelse til RI-Global om nedsettelse av kontingenten til RI-Global.</w:t>
      </w:r>
    </w:p>
    <w:p w14:paraId="157F026B" w14:textId="77777777" w:rsidR="00B973FA" w:rsidRPr="00A32057" w:rsidRDefault="00B973FA">
      <w:pPr>
        <w:rPr>
          <w:lang w:val="nb-NO"/>
        </w:rPr>
      </w:pPr>
    </w:p>
    <w:p w14:paraId="2D46BAFC" w14:textId="30542FF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14/2026 – Søknad om midler til RI-samling i Paris</w:t>
      </w:r>
      <w:r w:rsidR="00940B37">
        <w:rPr>
          <w:lang w:val="nb-NO"/>
        </w:rPr>
        <w:t xml:space="preserve"> fra Tone og Jan</w:t>
      </w:r>
    </w:p>
    <w:p w14:paraId="0D801ADC" w14:textId="7950971A" w:rsidR="00F8150A" w:rsidRDefault="00000000">
      <w:pPr>
        <w:rPr>
          <w:lang w:val="nb-NO"/>
        </w:rPr>
      </w:pPr>
      <w:r w:rsidRPr="00A32057">
        <w:rPr>
          <w:lang w:val="nb-NO"/>
        </w:rPr>
        <w:t xml:space="preserve">Paris-samlingen anses som strategisk viktig. Finansiering og eventuell delfinansiering via prosjektmidler vurderes. Saken </w:t>
      </w:r>
      <w:r w:rsidR="005803EF">
        <w:rPr>
          <w:lang w:val="nb-NO"/>
        </w:rPr>
        <w:t>ble behandlet til slutt i møtet</w:t>
      </w:r>
      <w:r w:rsidR="00940B37">
        <w:rPr>
          <w:lang w:val="nb-NO"/>
        </w:rPr>
        <w:t xml:space="preserve"> uten deltakelse av Tone og Jan</w:t>
      </w:r>
      <w:r w:rsidR="008C79DE">
        <w:rPr>
          <w:lang w:val="nb-NO"/>
        </w:rPr>
        <w:t>.</w:t>
      </w:r>
    </w:p>
    <w:p w14:paraId="5998829B" w14:textId="7C02C729" w:rsidR="008C79DE" w:rsidRDefault="008C79DE">
      <w:pPr>
        <w:rPr>
          <w:lang w:val="nb-NO"/>
        </w:rPr>
      </w:pPr>
      <w:r w:rsidRPr="00DA6D84">
        <w:rPr>
          <w:u w:val="single"/>
          <w:lang w:val="nb-NO"/>
        </w:rPr>
        <w:t>Vedtak:</w:t>
      </w:r>
      <w:r>
        <w:rPr>
          <w:lang w:val="nb-NO"/>
        </w:rPr>
        <w:t xml:space="preserve"> Søknaden ble godkjent, men det bes om at Tone forsøker å dekke si</w:t>
      </w:r>
      <w:r w:rsidR="00185E03">
        <w:rPr>
          <w:lang w:val="nb-NO"/>
        </w:rPr>
        <w:t>ne utgifter av hennes RI-prosjekt.</w:t>
      </w:r>
    </w:p>
    <w:p w14:paraId="2461D993" w14:textId="77777777" w:rsidR="00DA6D84" w:rsidRDefault="00DA6D84">
      <w:pPr>
        <w:pStyle w:val="Overskrift2"/>
        <w:rPr>
          <w:lang w:val="nb-NO"/>
        </w:rPr>
      </w:pPr>
    </w:p>
    <w:p w14:paraId="06931E13" w14:textId="42BE94DE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15/2026 – Verveaktivitet</w:t>
      </w:r>
    </w:p>
    <w:p w14:paraId="54F58290" w14:textId="50E1DCE1" w:rsidR="00F8150A" w:rsidRPr="00A32057" w:rsidRDefault="00000000">
      <w:pPr>
        <w:rPr>
          <w:lang w:val="nb-NO"/>
        </w:rPr>
      </w:pPr>
      <w:r w:rsidRPr="00A32057">
        <w:rPr>
          <w:lang w:val="nb-NO"/>
        </w:rPr>
        <w:t>Styret understreker behovet for økt medlemsmasse og systematisk vervekampanje.</w:t>
      </w:r>
      <w:r w:rsidR="00DA6D84">
        <w:rPr>
          <w:lang w:val="nb-NO"/>
        </w:rPr>
        <w:t xml:space="preserve"> Fram til neste møte bes styremedlemmene om å komme med forslag til </w:t>
      </w:r>
      <w:r w:rsidR="00743895">
        <w:rPr>
          <w:lang w:val="nb-NO"/>
        </w:rPr>
        <w:t>nye mulige medlemmer.</w:t>
      </w:r>
    </w:p>
    <w:p w14:paraId="546D7107" w14:textId="77777777" w:rsidR="00DA6D84" w:rsidRDefault="00DA6D84">
      <w:pPr>
        <w:pStyle w:val="Overskrift2"/>
        <w:rPr>
          <w:lang w:val="nb-NO"/>
        </w:rPr>
      </w:pPr>
    </w:p>
    <w:p w14:paraId="699EA8F9" w14:textId="58E49678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16/2026 – Stortingets vedtak om rehabilitering</w:t>
      </w:r>
    </w:p>
    <w:p w14:paraId="06C5506C" w14:textId="511AA467" w:rsidR="00F8150A" w:rsidRDefault="00000000">
      <w:pPr>
        <w:rPr>
          <w:lang w:val="nb-NO"/>
        </w:rPr>
      </w:pPr>
      <w:r w:rsidRPr="00A32057">
        <w:rPr>
          <w:lang w:val="nb-NO"/>
        </w:rPr>
        <w:t>Stortinget har vedtatt å stanse kontraktsinngåelser i Helse Sør-Øst og Midt-Norge, videreføre eksisterende avtaler og styrke kvalitetskrav innen rehabilitering.</w:t>
      </w:r>
      <w:r w:rsidRPr="00A32057">
        <w:rPr>
          <w:lang w:val="nb-NO"/>
        </w:rPr>
        <w:br/>
      </w:r>
      <w:r w:rsidRPr="00A32057">
        <w:rPr>
          <w:lang w:val="nb-NO"/>
        </w:rPr>
        <w:br/>
        <w:t xml:space="preserve">Vedtaket omtales som et «rehabiliteringsjordskjelv». Styret </w:t>
      </w:r>
      <w:r w:rsidR="00891881">
        <w:rPr>
          <w:lang w:val="nb-NO"/>
        </w:rPr>
        <w:t xml:space="preserve">i RI-Norge </w:t>
      </w:r>
      <w:r w:rsidRPr="00A32057">
        <w:rPr>
          <w:lang w:val="nb-NO"/>
        </w:rPr>
        <w:t xml:space="preserve">ser positivt på økt </w:t>
      </w:r>
      <w:proofErr w:type="gramStart"/>
      <w:r w:rsidRPr="00A32057">
        <w:rPr>
          <w:lang w:val="nb-NO"/>
        </w:rPr>
        <w:t>fokus</w:t>
      </w:r>
      <w:proofErr w:type="gramEnd"/>
      <w:r w:rsidRPr="00A32057">
        <w:rPr>
          <w:lang w:val="nb-NO"/>
        </w:rPr>
        <w:t xml:space="preserve"> på kvalitet og satsing på unge.</w:t>
      </w:r>
    </w:p>
    <w:p w14:paraId="1B708C7A" w14:textId="77777777" w:rsidR="00891881" w:rsidRPr="00A32057" w:rsidRDefault="00891881">
      <w:pPr>
        <w:rPr>
          <w:lang w:val="nb-NO"/>
        </w:rPr>
      </w:pPr>
    </w:p>
    <w:p w14:paraId="5AAAEB4A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17/2026 – Info fra RI internasjonalt</w:t>
      </w:r>
    </w:p>
    <w:p w14:paraId="2BF7054C" w14:textId="77777777" w:rsidR="004236B8" w:rsidRDefault="00000000">
      <w:pPr>
        <w:rPr>
          <w:lang w:val="nb-NO"/>
        </w:rPr>
      </w:pPr>
      <w:r w:rsidRPr="00A32057">
        <w:rPr>
          <w:lang w:val="nb-NO"/>
        </w:rPr>
        <w:t xml:space="preserve">Orientering om strategiseminar i Paris, RI </w:t>
      </w:r>
      <w:proofErr w:type="spellStart"/>
      <w:r w:rsidRPr="00A32057">
        <w:rPr>
          <w:lang w:val="nb-NO"/>
        </w:rPr>
        <w:t>Academy</w:t>
      </w:r>
      <w:proofErr w:type="spellEnd"/>
      <w:r w:rsidRPr="00A32057">
        <w:rPr>
          <w:lang w:val="nb-NO"/>
        </w:rPr>
        <w:t>, RI Foundation, samarbeid med UNESCO og ungdomsforum.</w:t>
      </w:r>
    </w:p>
    <w:p w14:paraId="6A116E97" w14:textId="72CC8F28" w:rsidR="00F8150A" w:rsidRDefault="00000000">
      <w:pPr>
        <w:rPr>
          <w:lang w:val="nb-NO"/>
        </w:rPr>
      </w:pPr>
      <w:r w:rsidRPr="00A32057">
        <w:rPr>
          <w:lang w:val="nb-NO"/>
        </w:rPr>
        <w:br/>
        <w:t>Styret etterlyser tydeligere kobling mellom internasjonalt arbeid og nasjonalt styrearbeid.</w:t>
      </w:r>
      <w:r w:rsidR="004236B8">
        <w:rPr>
          <w:lang w:val="nb-NO"/>
        </w:rPr>
        <w:t xml:space="preserve"> I </w:t>
      </w:r>
      <w:r w:rsidR="004236B8">
        <w:rPr>
          <w:lang w:val="nb-NO"/>
        </w:rPr>
        <w:lastRenderedPageBreak/>
        <w:t>den grad RI-Norge</w:t>
      </w:r>
      <w:r w:rsidR="00F513D2">
        <w:rPr>
          <w:lang w:val="nb-NO"/>
        </w:rPr>
        <w:t xml:space="preserve"> skal delta på fysiske internasjonale RI-møter bør </w:t>
      </w:r>
      <w:r w:rsidR="00B3790D">
        <w:rPr>
          <w:lang w:val="nb-NO"/>
        </w:rPr>
        <w:t>styrets medlemmer, særlig styreleder, prioriteres.</w:t>
      </w:r>
      <w:r w:rsidR="00135DEE">
        <w:rPr>
          <w:lang w:val="nb-NO"/>
        </w:rPr>
        <w:t xml:space="preserve"> RI-Norge sin økonomiske situasjon tilsier pr. nå at utgifter</w:t>
      </w:r>
      <w:r w:rsidR="00B23B01">
        <w:rPr>
          <w:lang w:val="nb-NO"/>
        </w:rPr>
        <w:t xml:space="preserve"> til slike møter er svært begrenset.</w:t>
      </w:r>
    </w:p>
    <w:p w14:paraId="1E0B953F" w14:textId="77777777" w:rsidR="00135DEE" w:rsidRPr="00A32057" w:rsidRDefault="00135DEE">
      <w:pPr>
        <w:rPr>
          <w:lang w:val="nb-NO"/>
        </w:rPr>
      </w:pPr>
    </w:p>
    <w:p w14:paraId="39CC8899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18/2026 – Info-runde fra egen organisasjon</w:t>
      </w:r>
    </w:p>
    <w:p w14:paraId="76A12514" w14:textId="77777777" w:rsidR="00F8150A" w:rsidRDefault="00000000">
      <w:pPr>
        <w:rPr>
          <w:lang w:val="nb-NO"/>
        </w:rPr>
      </w:pPr>
      <w:r w:rsidRPr="00A32057">
        <w:rPr>
          <w:lang w:val="nb-NO"/>
        </w:rPr>
        <w:t>Saken utsettes grunnet tidsmangel.</w:t>
      </w:r>
    </w:p>
    <w:p w14:paraId="1AE17742" w14:textId="77777777" w:rsidR="00B23B01" w:rsidRPr="00A32057" w:rsidRDefault="00B23B01">
      <w:pPr>
        <w:rPr>
          <w:lang w:val="nb-NO"/>
        </w:rPr>
      </w:pPr>
    </w:p>
    <w:p w14:paraId="1F1865C1" w14:textId="77777777" w:rsidR="00F8150A" w:rsidRPr="00A32057" w:rsidRDefault="00000000">
      <w:pPr>
        <w:pStyle w:val="Overskrift2"/>
        <w:rPr>
          <w:lang w:val="nb-NO"/>
        </w:rPr>
      </w:pPr>
      <w:r w:rsidRPr="00A32057">
        <w:rPr>
          <w:lang w:val="nb-NO"/>
        </w:rPr>
        <w:t>Sak 19/2026 – Eventuelt</w:t>
      </w:r>
    </w:p>
    <w:p w14:paraId="06046FC3" w14:textId="77777777" w:rsidR="00F8150A" w:rsidRDefault="00000000">
      <w:r>
        <w:t xml:space="preserve">Ingen </w:t>
      </w:r>
      <w:proofErr w:type="spellStart"/>
      <w:r>
        <w:t>ytterligere</w:t>
      </w:r>
      <w:proofErr w:type="spellEnd"/>
      <w:r>
        <w:t xml:space="preserve"> saker.</w:t>
      </w:r>
    </w:p>
    <w:sectPr w:rsidR="00F8150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7837391">
    <w:abstractNumId w:val="8"/>
  </w:num>
  <w:num w:numId="2" w16cid:durableId="910895146">
    <w:abstractNumId w:val="6"/>
  </w:num>
  <w:num w:numId="3" w16cid:durableId="733504317">
    <w:abstractNumId w:val="5"/>
  </w:num>
  <w:num w:numId="4" w16cid:durableId="1622684859">
    <w:abstractNumId w:val="4"/>
  </w:num>
  <w:num w:numId="5" w16cid:durableId="724182847">
    <w:abstractNumId w:val="7"/>
  </w:num>
  <w:num w:numId="6" w16cid:durableId="1583560924">
    <w:abstractNumId w:val="3"/>
  </w:num>
  <w:num w:numId="7" w16cid:durableId="551843998">
    <w:abstractNumId w:val="2"/>
  </w:num>
  <w:num w:numId="8" w16cid:durableId="1861317948">
    <w:abstractNumId w:val="1"/>
  </w:num>
  <w:num w:numId="9" w16cid:durableId="203061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7DC2"/>
    <w:rsid w:val="00135DEE"/>
    <w:rsid w:val="0015074B"/>
    <w:rsid w:val="00185E03"/>
    <w:rsid w:val="0029639D"/>
    <w:rsid w:val="002E3BEB"/>
    <w:rsid w:val="00326F90"/>
    <w:rsid w:val="00370F6A"/>
    <w:rsid w:val="003A54BF"/>
    <w:rsid w:val="004236B8"/>
    <w:rsid w:val="005803EF"/>
    <w:rsid w:val="005A03C0"/>
    <w:rsid w:val="00743895"/>
    <w:rsid w:val="008014B3"/>
    <w:rsid w:val="00860DB2"/>
    <w:rsid w:val="00891881"/>
    <w:rsid w:val="00893CD5"/>
    <w:rsid w:val="008C79DE"/>
    <w:rsid w:val="00940B37"/>
    <w:rsid w:val="00A32057"/>
    <w:rsid w:val="00AA1D8D"/>
    <w:rsid w:val="00B23B01"/>
    <w:rsid w:val="00B3790D"/>
    <w:rsid w:val="00B47730"/>
    <w:rsid w:val="00B973FA"/>
    <w:rsid w:val="00CB0664"/>
    <w:rsid w:val="00DA6D84"/>
    <w:rsid w:val="00EA38C5"/>
    <w:rsid w:val="00F513D2"/>
    <w:rsid w:val="00F815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07B45A"/>
  <w14:defaultImageDpi w14:val="300"/>
  <w15:docId w15:val="{830B65EE-77D9-413F-9AF4-39EAF23FD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515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Paal Haavorsen</cp:lastModifiedBy>
  <cp:revision>23</cp:revision>
  <dcterms:created xsi:type="dcterms:W3CDTF">2026-03-06T07:38:00Z</dcterms:created>
  <dcterms:modified xsi:type="dcterms:W3CDTF">2026-03-06T07:51:00Z</dcterms:modified>
  <cp:category/>
</cp:coreProperties>
</file>