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A525D" w14:textId="77777777" w:rsidR="00F26C18" w:rsidRPr="00F26C18" w:rsidRDefault="00F26C18" w:rsidP="00F26C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nb-NO" w:eastAsia="nb-NO"/>
        </w:rPr>
      </w:pPr>
      <w:r w:rsidRPr="00F26C18">
        <w:rPr>
          <w:rFonts w:ascii="Times New Roman" w:eastAsia="Times New Roman" w:hAnsi="Times New Roman" w:cs="Times New Roman"/>
          <w:b/>
          <w:bCs/>
          <w:sz w:val="36"/>
          <w:szCs w:val="36"/>
          <w:lang w:val="nb-NO" w:eastAsia="nb-NO"/>
        </w:rPr>
        <w:t>Referat fra styremøte i RI-Norge</w:t>
      </w:r>
    </w:p>
    <w:p w14:paraId="399683F7" w14:textId="13C32E92" w:rsidR="00F26C18" w:rsidRPr="00F26C18" w:rsidRDefault="00F26C18" w:rsidP="00F26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 w:rsidRPr="00F26C18">
        <w:rPr>
          <w:rFonts w:ascii="Times New Roman" w:eastAsia="Times New Roman" w:hAnsi="Times New Roman" w:cs="Times New Roman"/>
          <w:b/>
          <w:bCs/>
          <w:sz w:val="24"/>
          <w:szCs w:val="24"/>
          <w:lang w:val="nb-NO" w:eastAsia="nb-NO"/>
        </w:rPr>
        <w:t>Dato:</w:t>
      </w: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4.desember </w:t>
      </w: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2025</w:t>
      </w: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br/>
      </w:r>
      <w:r w:rsidRPr="00F26C18">
        <w:rPr>
          <w:rFonts w:ascii="Times New Roman" w:eastAsia="Times New Roman" w:hAnsi="Times New Roman" w:cs="Times New Roman"/>
          <w:b/>
          <w:bCs/>
          <w:sz w:val="24"/>
          <w:szCs w:val="24"/>
          <w:lang w:val="nb-NO" w:eastAsia="nb-NO"/>
        </w:rPr>
        <w:t>Tid:</w:t>
      </w: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15:00–17:00</w:t>
      </w: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br/>
      </w:r>
      <w:r w:rsidRPr="00F26C18">
        <w:rPr>
          <w:rFonts w:ascii="Times New Roman" w:eastAsia="Times New Roman" w:hAnsi="Times New Roman" w:cs="Times New Roman"/>
          <w:b/>
          <w:bCs/>
          <w:sz w:val="24"/>
          <w:szCs w:val="24"/>
          <w:lang w:val="nb-NO" w:eastAsia="nb-NO"/>
        </w:rPr>
        <w:t>Sted:</w:t>
      </w: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NHO-huset, møterom Dansende Kvinne</w:t>
      </w:r>
    </w:p>
    <w:p w14:paraId="5E516DD3" w14:textId="4C5494DA" w:rsidR="00F26C18" w:rsidRPr="00F26C18" w:rsidRDefault="00F26C18" w:rsidP="00F26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Til stede: Siri, Helene, Karl Haakon, Hilde, Mari og Torbjørn </w:t>
      </w:r>
    </w:p>
    <w:p w14:paraId="74EF2259" w14:textId="77777777" w:rsidR="00F26C18" w:rsidRPr="00F26C18" w:rsidRDefault="00F26C18" w:rsidP="00F26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Observatør: Jan</w:t>
      </w:r>
    </w:p>
    <w:p w14:paraId="1505A35A" w14:textId="63DF4CB4" w:rsidR="00F26C18" w:rsidRDefault="00F26C18" w:rsidP="00F26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 w:rsidRPr="00F26C1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Ikke til stede: Tone og Paal</w:t>
      </w:r>
    </w:p>
    <w:p w14:paraId="14688015" w14:textId="452BC9C1" w:rsidR="00DA10B2" w:rsidRPr="00F26C18" w:rsidRDefault="00DA10B2" w:rsidP="00F26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______________________________________________________________________</w:t>
      </w:r>
    </w:p>
    <w:p w14:paraId="23F4FD4D" w14:textId="77777777" w:rsidR="00DA10B2" w:rsidRPr="00DA10B2" w:rsidRDefault="000706C5" w:rsidP="00DA1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nb-NO" w:eastAsia="nb-NO"/>
        </w:rPr>
      </w:pPr>
      <w:r w:rsidRPr="00DA10B2">
        <w:rPr>
          <w:b/>
          <w:bCs/>
          <w:sz w:val="24"/>
          <w:szCs w:val="24"/>
          <w:lang w:val="nb-NO"/>
        </w:rPr>
        <w:t xml:space="preserve">Sak </w:t>
      </w:r>
      <w:r w:rsidR="008D2C41" w:rsidRPr="00DA10B2">
        <w:rPr>
          <w:b/>
          <w:bCs/>
          <w:sz w:val="24"/>
          <w:szCs w:val="24"/>
          <w:lang w:val="nb-NO"/>
        </w:rPr>
        <w:t>56</w:t>
      </w:r>
      <w:r w:rsidRPr="00DA10B2">
        <w:rPr>
          <w:b/>
          <w:bCs/>
          <w:sz w:val="24"/>
          <w:szCs w:val="24"/>
          <w:lang w:val="nb-NO"/>
        </w:rPr>
        <w:t>/2025</w:t>
      </w:r>
      <w:r w:rsidRPr="00DA10B2">
        <w:rPr>
          <w:sz w:val="24"/>
          <w:szCs w:val="24"/>
          <w:lang w:val="nb-NO"/>
        </w:rPr>
        <w:t xml:space="preserve"> </w:t>
      </w:r>
      <w:r w:rsidR="00DA10B2" w:rsidRPr="00DA10B2">
        <w:rPr>
          <w:rFonts w:ascii="Times New Roman" w:eastAsia="Times New Roman" w:hAnsi="Times New Roman" w:cs="Times New Roman"/>
          <w:b/>
          <w:bCs/>
          <w:sz w:val="27"/>
          <w:szCs w:val="27"/>
          <w:lang w:val="nb-NO" w:eastAsia="nb-NO"/>
        </w:rPr>
        <w:t>Godkjenning av innkalling og saksliste</w:t>
      </w:r>
    </w:p>
    <w:p w14:paraId="16AB3E44" w14:textId="7936B1D4" w:rsidR="003118A6" w:rsidRPr="00947BD0" w:rsidRDefault="00DA10B2" w:rsidP="00DA10B2">
      <w:pPr>
        <w:spacing w:before="100" w:beforeAutospacing="1" w:after="100" w:afterAutospacing="1" w:line="240" w:lineRule="auto"/>
        <w:rPr>
          <w:lang w:val="nb-NO"/>
        </w:rPr>
      </w:pPr>
      <w:r w:rsidRPr="00DA10B2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Møteleder ønsket velkommen.</w:t>
      </w:r>
      <w:r w:rsidRPr="00DA10B2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br/>
        <w:t>Innkalling og saksliste ble godkjent uten merknader. Ingen tilleggssaker til eventuelt</w:t>
      </w:r>
      <w:r w:rsidRPr="00DA10B2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br/>
      </w:r>
    </w:p>
    <w:p w14:paraId="569DF40B" w14:textId="01B8E3D7" w:rsidR="003118A6" w:rsidRDefault="000706C5" w:rsidP="00DA10B2">
      <w:pPr>
        <w:rPr>
          <w:b/>
          <w:bCs/>
          <w:sz w:val="28"/>
          <w:szCs w:val="28"/>
          <w:lang w:val="nb-NO"/>
        </w:rPr>
      </w:pPr>
      <w:r w:rsidRPr="00DA10B2">
        <w:rPr>
          <w:b/>
          <w:bCs/>
          <w:sz w:val="28"/>
          <w:szCs w:val="28"/>
          <w:lang w:val="nb-NO"/>
        </w:rPr>
        <w:t xml:space="preserve">Sak </w:t>
      </w:r>
      <w:r w:rsidR="008D2C41" w:rsidRPr="00DA10B2">
        <w:rPr>
          <w:b/>
          <w:bCs/>
          <w:sz w:val="28"/>
          <w:szCs w:val="28"/>
          <w:lang w:val="nb-NO"/>
        </w:rPr>
        <w:t>57</w:t>
      </w:r>
      <w:r w:rsidRPr="00DA10B2">
        <w:rPr>
          <w:b/>
          <w:bCs/>
          <w:sz w:val="28"/>
          <w:szCs w:val="28"/>
          <w:lang w:val="nb-NO"/>
        </w:rPr>
        <w:t xml:space="preserve">/2025 – Godkjenning av referat fra </w:t>
      </w:r>
      <w:r w:rsidR="008D2C41" w:rsidRPr="00DA10B2">
        <w:rPr>
          <w:b/>
          <w:bCs/>
          <w:sz w:val="28"/>
          <w:szCs w:val="28"/>
          <w:lang w:val="nb-NO"/>
        </w:rPr>
        <w:t>3</w:t>
      </w:r>
      <w:r w:rsidRPr="00DA10B2">
        <w:rPr>
          <w:b/>
          <w:bCs/>
          <w:sz w:val="28"/>
          <w:szCs w:val="28"/>
          <w:lang w:val="nb-NO"/>
        </w:rPr>
        <w:t xml:space="preserve">. </w:t>
      </w:r>
      <w:r w:rsidR="008D2C41" w:rsidRPr="00DA10B2">
        <w:rPr>
          <w:b/>
          <w:bCs/>
          <w:sz w:val="28"/>
          <w:szCs w:val="28"/>
          <w:lang w:val="nb-NO"/>
        </w:rPr>
        <w:t>nov</w:t>
      </w:r>
      <w:r w:rsidR="00041853" w:rsidRPr="00DA10B2">
        <w:rPr>
          <w:b/>
          <w:bCs/>
          <w:sz w:val="28"/>
          <w:szCs w:val="28"/>
          <w:lang w:val="nb-NO"/>
        </w:rPr>
        <w:t>ember</w:t>
      </w:r>
      <w:r w:rsidRPr="00DA10B2">
        <w:rPr>
          <w:b/>
          <w:bCs/>
          <w:sz w:val="28"/>
          <w:szCs w:val="28"/>
          <w:lang w:val="nb-NO"/>
        </w:rPr>
        <w:t xml:space="preserve"> 2025</w:t>
      </w:r>
    </w:p>
    <w:p w14:paraId="5D01454A" w14:textId="1CF88265" w:rsidR="00DA10B2" w:rsidRDefault="00DA10B2" w:rsidP="00DA10B2">
      <w:pPr>
        <w:rPr>
          <w:rFonts w:ascii="Times New Roman" w:hAnsi="Times New Roman" w:cs="Times New Roman"/>
          <w:sz w:val="24"/>
          <w:szCs w:val="24"/>
          <w:lang w:val="nb-NO"/>
        </w:rPr>
      </w:pPr>
      <w:r w:rsidRPr="00DA10B2">
        <w:rPr>
          <w:rFonts w:ascii="Times New Roman" w:hAnsi="Times New Roman" w:cs="Times New Roman"/>
          <w:sz w:val="24"/>
          <w:szCs w:val="24"/>
          <w:lang w:val="nb-NO"/>
        </w:rPr>
        <w:t xml:space="preserve">Referatet ble ikke sendt ut på forhånd og </w:t>
      </w:r>
      <w:r>
        <w:rPr>
          <w:rFonts w:ascii="Times New Roman" w:hAnsi="Times New Roman" w:cs="Times New Roman"/>
          <w:sz w:val="24"/>
          <w:szCs w:val="24"/>
          <w:lang w:val="nb-NO"/>
        </w:rPr>
        <w:t>ble derfor ikke godkjent</w:t>
      </w:r>
      <w:r w:rsidR="00530365">
        <w:rPr>
          <w:rFonts w:ascii="Times New Roman" w:hAnsi="Times New Roman" w:cs="Times New Roman"/>
          <w:sz w:val="24"/>
          <w:szCs w:val="24"/>
          <w:lang w:val="nb-NO"/>
        </w:rPr>
        <w:t xml:space="preserve">, referat av </w:t>
      </w:r>
      <w:r w:rsidR="00E05B9A">
        <w:rPr>
          <w:rFonts w:ascii="Times New Roman" w:hAnsi="Times New Roman" w:cs="Times New Roman"/>
          <w:sz w:val="24"/>
          <w:szCs w:val="24"/>
          <w:lang w:val="nb-NO"/>
        </w:rPr>
        <w:t>3-11-25 blir derfor lagt ved for gjennomlesning og godkjenning</w:t>
      </w:r>
      <w:r w:rsidR="000E4B80">
        <w:rPr>
          <w:rFonts w:ascii="Times New Roman" w:hAnsi="Times New Roman" w:cs="Times New Roman"/>
          <w:sz w:val="24"/>
          <w:szCs w:val="24"/>
          <w:lang w:val="nb-NO"/>
        </w:rPr>
        <w:t xml:space="preserve"> på møtet i januar 2026</w:t>
      </w:r>
      <w:r w:rsidR="00E05B9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0245B6C1" w14:textId="77777777" w:rsidR="00C24DD8" w:rsidRPr="00DA10B2" w:rsidRDefault="00C24DD8" w:rsidP="00DA10B2">
      <w:pPr>
        <w:rPr>
          <w:rFonts w:ascii="Times New Roman" w:hAnsi="Times New Roman" w:cs="Times New Roman"/>
          <w:sz w:val="24"/>
          <w:szCs w:val="24"/>
          <w:lang w:val="nb-NO"/>
        </w:rPr>
      </w:pPr>
    </w:p>
    <w:p w14:paraId="72592866" w14:textId="55188C77" w:rsidR="00825F9A" w:rsidRDefault="00825F9A" w:rsidP="00E05B9A">
      <w:pPr>
        <w:rPr>
          <w:b/>
          <w:bCs/>
          <w:sz w:val="28"/>
          <w:szCs w:val="28"/>
          <w:lang w:val="nb-NO"/>
        </w:rPr>
      </w:pPr>
      <w:r w:rsidRPr="00E05B9A">
        <w:rPr>
          <w:b/>
          <w:bCs/>
          <w:sz w:val="28"/>
          <w:szCs w:val="28"/>
          <w:lang w:val="nb-NO"/>
        </w:rPr>
        <w:t xml:space="preserve">Sak </w:t>
      </w:r>
      <w:r w:rsidR="001D19DD" w:rsidRPr="00E05B9A">
        <w:rPr>
          <w:b/>
          <w:bCs/>
          <w:sz w:val="28"/>
          <w:szCs w:val="28"/>
          <w:lang w:val="nb-NO"/>
        </w:rPr>
        <w:t>5</w:t>
      </w:r>
      <w:r w:rsidR="00CB2A05" w:rsidRPr="00E05B9A">
        <w:rPr>
          <w:b/>
          <w:bCs/>
          <w:sz w:val="28"/>
          <w:szCs w:val="28"/>
          <w:lang w:val="nb-NO"/>
        </w:rPr>
        <w:t>8</w:t>
      </w:r>
      <w:r w:rsidRPr="00E05B9A">
        <w:rPr>
          <w:b/>
          <w:bCs/>
          <w:sz w:val="28"/>
          <w:szCs w:val="28"/>
          <w:lang w:val="nb-NO"/>
        </w:rPr>
        <w:t xml:space="preserve">/2025 </w:t>
      </w:r>
      <w:r w:rsidR="00093C48" w:rsidRPr="00E05B9A">
        <w:rPr>
          <w:b/>
          <w:bCs/>
          <w:sz w:val="28"/>
          <w:szCs w:val="28"/>
          <w:lang w:val="nb-NO"/>
        </w:rPr>
        <w:t>–</w:t>
      </w:r>
      <w:r w:rsidRPr="00E05B9A">
        <w:rPr>
          <w:b/>
          <w:bCs/>
          <w:sz w:val="28"/>
          <w:szCs w:val="28"/>
          <w:lang w:val="nb-NO"/>
        </w:rPr>
        <w:t xml:space="preserve"> </w:t>
      </w:r>
      <w:r w:rsidR="00093C48" w:rsidRPr="00E05B9A">
        <w:rPr>
          <w:b/>
          <w:bCs/>
          <w:sz w:val="28"/>
          <w:szCs w:val="28"/>
          <w:lang w:val="nb-NO"/>
        </w:rPr>
        <w:t>Arrangere fysisk seminar våren 2026?</w:t>
      </w:r>
      <w:r w:rsidR="00574EA2" w:rsidRPr="00E05B9A">
        <w:rPr>
          <w:b/>
          <w:bCs/>
          <w:sz w:val="28"/>
          <w:szCs w:val="28"/>
          <w:lang w:val="nb-NO"/>
        </w:rPr>
        <w:t xml:space="preserve"> Nedsette arbeidsgruppe</w:t>
      </w:r>
    </w:p>
    <w:p w14:paraId="526FEEB8" w14:textId="563E49BF" w:rsidR="00E85AA5" w:rsidRDefault="00855938" w:rsidP="00E05B9A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Ulike synspunkter på om vi skal </w:t>
      </w:r>
      <w:r w:rsidR="00452223">
        <w:rPr>
          <w:sz w:val="24"/>
          <w:szCs w:val="24"/>
          <w:lang w:val="nb-NO"/>
        </w:rPr>
        <w:t xml:space="preserve">arrangere </w:t>
      </w:r>
      <w:r w:rsidR="00EB3999">
        <w:rPr>
          <w:sz w:val="24"/>
          <w:szCs w:val="24"/>
          <w:lang w:val="nb-NO"/>
        </w:rPr>
        <w:t xml:space="preserve">et fysisk seminar eller </w:t>
      </w:r>
      <w:r w:rsidR="00452223">
        <w:rPr>
          <w:sz w:val="24"/>
          <w:szCs w:val="24"/>
          <w:lang w:val="nb-NO"/>
        </w:rPr>
        <w:t xml:space="preserve">heller </w:t>
      </w:r>
      <w:r w:rsidR="00EB3999">
        <w:rPr>
          <w:sz w:val="24"/>
          <w:szCs w:val="24"/>
          <w:lang w:val="nb-NO"/>
        </w:rPr>
        <w:t xml:space="preserve">satse på et utvidet digitalt møte/seminar i 2026. Positive og negative effekter ble </w:t>
      </w:r>
      <w:r w:rsidR="00887EE5">
        <w:rPr>
          <w:sz w:val="24"/>
          <w:szCs w:val="24"/>
          <w:lang w:val="nb-NO"/>
        </w:rPr>
        <w:t xml:space="preserve">diskutert. Programmene </w:t>
      </w:r>
      <w:r w:rsidR="00452223">
        <w:rPr>
          <w:sz w:val="24"/>
          <w:szCs w:val="24"/>
          <w:lang w:val="nb-NO"/>
        </w:rPr>
        <w:t>ved de siste års seminarer</w:t>
      </w:r>
      <w:r w:rsidR="00887EE5">
        <w:rPr>
          <w:sz w:val="24"/>
          <w:szCs w:val="24"/>
          <w:lang w:val="nb-NO"/>
        </w:rPr>
        <w:t xml:space="preserve"> har vært svært god</w:t>
      </w:r>
      <w:r w:rsidR="009D59ED">
        <w:rPr>
          <w:sz w:val="24"/>
          <w:szCs w:val="24"/>
          <w:lang w:val="nb-NO"/>
        </w:rPr>
        <w:t>e, men antall deltakere og markedsføring har ikke vært som ønsket</w:t>
      </w:r>
      <w:r w:rsidR="003F0787">
        <w:rPr>
          <w:sz w:val="24"/>
          <w:szCs w:val="24"/>
          <w:lang w:val="nb-NO"/>
        </w:rPr>
        <w:t xml:space="preserve"> og </w:t>
      </w:r>
      <w:r w:rsidR="00452223">
        <w:rPr>
          <w:sz w:val="24"/>
          <w:szCs w:val="24"/>
          <w:lang w:val="nb-NO"/>
        </w:rPr>
        <w:t>med</w:t>
      </w:r>
      <w:r w:rsidR="003F0787">
        <w:rPr>
          <w:sz w:val="24"/>
          <w:szCs w:val="24"/>
          <w:lang w:val="nb-NO"/>
        </w:rPr>
        <w:t xml:space="preserve">ført </w:t>
      </w:r>
      <w:r w:rsidR="00131AEF">
        <w:rPr>
          <w:sz w:val="24"/>
          <w:szCs w:val="24"/>
          <w:lang w:val="nb-NO"/>
        </w:rPr>
        <w:t>høyere</w:t>
      </w:r>
      <w:r w:rsidR="003F0787">
        <w:rPr>
          <w:sz w:val="24"/>
          <w:szCs w:val="24"/>
          <w:lang w:val="nb-NO"/>
        </w:rPr>
        <w:t xml:space="preserve"> utgifter enn </w:t>
      </w:r>
      <w:r w:rsidR="00131AEF">
        <w:rPr>
          <w:sz w:val="24"/>
          <w:szCs w:val="24"/>
          <w:lang w:val="nb-NO"/>
        </w:rPr>
        <w:t>estimert</w:t>
      </w:r>
      <w:r w:rsidR="003F0787">
        <w:rPr>
          <w:sz w:val="24"/>
          <w:szCs w:val="24"/>
          <w:lang w:val="nb-NO"/>
        </w:rPr>
        <w:t>.</w:t>
      </w:r>
      <w:r w:rsidR="0023243E">
        <w:rPr>
          <w:sz w:val="24"/>
          <w:szCs w:val="24"/>
          <w:lang w:val="nb-NO"/>
        </w:rPr>
        <w:t xml:space="preserve"> </w:t>
      </w:r>
      <w:r w:rsidR="00F4507D">
        <w:rPr>
          <w:sz w:val="24"/>
          <w:szCs w:val="24"/>
          <w:lang w:val="nb-NO"/>
        </w:rPr>
        <w:t xml:space="preserve">Styret ble enig om at vi </w:t>
      </w:r>
      <w:r w:rsidR="00E42F70">
        <w:rPr>
          <w:sz w:val="24"/>
          <w:szCs w:val="24"/>
          <w:lang w:val="nb-NO"/>
        </w:rPr>
        <w:t xml:space="preserve">arrangerer et digitalt seminar våren 2026 og at en arbeidsgruppe </w:t>
      </w:r>
      <w:r w:rsidR="00131AEF">
        <w:rPr>
          <w:sz w:val="24"/>
          <w:szCs w:val="24"/>
          <w:lang w:val="nb-NO"/>
        </w:rPr>
        <w:t xml:space="preserve">for dette </w:t>
      </w:r>
      <w:r w:rsidR="00E85AA5">
        <w:rPr>
          <w:sz w:val="24"/>
          <w:szCs w:val="24"/>
          <w:lang w:val="nb-NO"/>
        </w:rPr>
        <w:t xml:space="preserve">etableres på </w:t>
      </w:r>
      <w:r w:rsidR="00131AEF">
        <w:rPr>
          <w:sz w:val="24"/>
          <w:szCs w:val="24"/>
          <w:lang w:val="nb-NO"/>
        </w:rPr>
        <w:t>styre</w:t>
      </w:r>
      <w:r w:rsidR="00E85AA5">
        <w:rPr>
          <w:sz w:val="24"/>
          <w:szCs w:val="24"/>
          <w:lang w:val="nb-NO"/>
        </w:rPr>
        <w:t>møtet i januar 2026.</w:t>
      </w:r>
      <w:r w:rsidR="004B7185">
        <w:rPr>
          <w:sz w:val="24"/>
          <w:szCs w:val="24"/>
          <w:lang w:val="nb-NO"/>
        </w:rPr>
        <w:t xml:space="preserve"> </w:t>
      </w:r>
    </w:p>
    <w:p w14:paraId="0037F361" w14:textId="4C2A3682" w:rsidR="00E05B9A" w:rsidRDefault="00E85AA5" w:rsidP="00E05B9A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Videre er det ønskelig å ta sikte på å arrangere et fysisk seminar </w:t>
      </w:r>
      <w:r w:rsidR="004B7185">
        <w:rPr>
          <w:sz w:val="24"/>
          <w:szCs w:val="24"/>
          <w:lang w:val="nb-NO"/>
        </w:rPr>
        <w:t>våren</w:t>
      </w:r>
      <w:r>
        <w:rPr>
          <w:sz w:val="24"/>
          <w:szCs w:val="24"/>
          <w:lang w:val="nb-NO"/>
        </w:rPr>
        <w:t xml:space="preserve"> 2027</w:t>
      </w:r>
      <w:r w:rsidR="009D59ED">
        <w:rPr>
          <w:sz w:val="24"/>
          <w:szCs w:val="24"/>
          <w:lang w:val="nb-NO"/>
        </w:rPr>
        <w:t xml:space="preserve"> </w:t>
      </w:r>
    </w:p>
    <w:p w14:paraId="65493066" w14:textId="77777777" w:rsidR="00C24DD8" w:rsidRPr="00E05B9A" w:rsidRDefault="00C24DD8" w:rsidP="00E05B9A">
      <w:pPr>
        <w:rPr>
          <w:sz w:val="24"/>
          <w:szCs w:val="24"/>
          <w:lang w:val="nb-NO"/>
        </w:rPr>
      </w:pPr>
    </w:p>
    <w:p w14:paraId="16960101" w14:textId="6AE8338E" w:rsidR="00876C11" w:rsidRPr="00131AEF" w:rsidRDefault="00876C11" w:rsidP="00131AEF">
      <w:pPr>
        <w:rPr>
          <w:b/>
          <w:bCs/>
          <w:sz w:val="28"/>
          <w:szCs w:val="28"/>
          <w:lang w:val="nb-NO"/>
        </w:rPr>
      </w:pPr>
      <w:r w:rsidRPr="00131AEF">
        <w:rPr>
          <w:b/>
          <w:bCs/>
          <w:sz w:val="28"/>
          <w:szCs w:val="28"/>
          <w:lang w:val="nb-NO"/>
        </w:rPr>
        <w:t xml:space="preserve">Sak </w:t>
      </w:r>
      <w:r w:rsidR="00124247" w:rsidRPr="00131AEF">
        <w:rPr>
          <w:b/>
          <w:bCs/>
          <w:sz w:val="28"/>
          <w:szCs w:val="28"/>
          <w:lang w:val="nb-NO"/>
        </w:rPr>
        <w:t>5</w:t>
      </w:r>
      <w:r w:rsidR="00CB2A05" w:rsidRPr="00131AEF">
        <w:rPr>
          <w:b/>
          <w:bCs/>
          <w:sz w:val="28"/>
          <w:szCs w:val="28"/>
          <w:lang w:val="nb-NO"/>
        </w:rPr>
        <w:t>9</w:t>
      </w:r>
      <w:r w:rsidRPr="00131AEF">
        <w:rPr>
          <w:b/>
          <w:bCs/>
          <w:sz w:val="28"/>
          <w:szCs w:val="28"/>
          <w:lang w:val="nb-NO"/>
        </w:rPr>
        <w:t>/</w:t>
      </w:r>
      <w:r w:rsidR="00B15329" w:rsidRPr="00131AEF">
        <w:rPr>
          <w:b/>
          <w:bCs/>
          <w:sz w:val="28"/>
          <w:szCs w:val="28"/>
          <w:lang w:val="nb-NO"/>
        </w:rPr>
        <w:t xml:space="preserve">2025 – </w:t>
      </w:r>
      <w:r w:rsidR="001D19DD" w:rsidRPr="00131AEF">
        <w:rPr>
          <w:b/>
          <w:bCs/>
          <w:sz w:val="28"/>
          <w:szCs w:val="28"/>
          <w:lang w:val="nb-NO"/>
        </w:rPr>
        <w:t>Forslag til datoer for</w:t>
      </w:r>
      <w:r w:rsidR="00B15329" w:rsidRPr="00131AEF">
        <w:rPr>
          <w:b/>
          <w:bCs/>
          <w:sz w:val="28"/>
          <w:szCs w:val="28"/>
          <w:lang w:val="nb-NO"/>
        </w:rPr>
        <w:t xml:space="preserve"> </w:t>
      </w:r>
      <w:proofErr w:type="spellStart"/>
      <w:r w:rsidR="00B15329" w:rsidRPr="00131AEF">
        <w:rPr>
          <w:b/>
          <w:bCs/>
          <w:sz w:val="28"/>
          <w:szCs w:val="28"/>
          <w:lang w:val="nb-NO"/>
        </w:rPr>
        <w:t>Rehab</w:t>
      </w:r>
      <w:proofErr w:type="spellEnd"/>
      <w:r w:rsidR="00B15329" w:rsidRPr="00131AEF">
        <w:rPr>
          <w:b/>
          <w:bCs/>
          <w:sz w:val="28"/>
          <w:szCs w:val="28"/>
          <w:lang w:val="nb-NO"/>
        </w:rPr>
        <w:t>-lunsjen</w:t>
      </w:r>
      <w:r w:rsidR="009263EB" w:rsidRPr="00131AEF">
        <w:rPr>
          <w:b/>
          <w:bCs/>
          <w:sz w:val="28"/>
          <w:szCs w:val="28"/>
          <w:lang w:val="nb-NO"/>
        </w:rPr>
        <w:t xml:space="preserve"> 1. halvår 2026</w:t>
      </w:r>
    </w:p>
    <w:p w14:paraId="1F1E1A20" w14:textId="77777777" w:rsidR="00B07C7D" w:rsidRPr="00131AEF" w:rsidRDefault="00B07C7D" w:rsidP="00B07C7D">
      <w:pPr>
        <w:pStyle w:val="Listeavsnitt"/>
        <w:numPr>
          <w:ilvl w:val="0"/>
          <w:numId w:val="11"/>
        </w:numPr>
        <w:spacing w:after="0" w:line="240" w:lineRule="auto"/>
        <w:contextualSpacing w:val="0"/>
        <w:rPr>
          <w:rFonts w:ascii="Aptos" w:eastAsia="Times New Roman" w:hAnsi="Aptos"/>
          <w:lang w:val="nb-NO"/>
        </w:rPr>
      </w:pPr>
      <w:r w:rsidRPr="00131AEF">
        <w:rPr>
          <w:rFonts w:ascii="Aptos" w:eastAsia="Times New Roman" w:hAnsi="Aptos"/>
          <w:lang w:val="nb-NO"/>
        </w:rPr>
        <w:t>Torsdag 22. januar fra 11.00 – 12.00</w:t>
      </w:r>
    </w:p>
    <w:p w14:paraId="60DCEF00" w14:textId="77777777" w:rsidR="00B07C7D" w:rsidRPr="00131AEF" w:rsidRDefault="00B07C7D" w:rsidP="00B07C7D">
      <w:pPr>
        <w:pStyle w:val="Listeavsnitt"/>
        <w:numPr>
          <w:ilvl w:val="0"/>
          <w:numId w:val="11"/>
        </w:numPr>
        <w:spacing w:after="0" w:line="240" w:lineRule="auto"/>
        <w:contextualSpacing w:val="0"/>
        <w:rPr>
          <w:rFonts w:ascii="Aptos" w:eastAsia="Times New Roman" w:hAnsi="Aptos"/>
          <w:lang w:val="nb-NO"/>
        </w:rPr>
      </w:pPr>
      <w:r w:rsidRPr="00131AEF">
        <w:rPr>
          <w:rFonts w:ascii="Aptos" w:eastAsia="Times New Roman" w:hAnsi="Aptos"/>
          <w:lang w:val="nb-NO"/>
        </w:rPr>
        <w:t>Torsdag 19. februar fra 11.00 – 12.00</w:t>
      </w:r>
    </w:p>
    <w:p w14:paraId="16C9C7BE" w14:textId="77777777" w:rsidR="00B07C7D" w:rsidRPr="00131AEF" w:rsidRDefault="00B07C7D" w:rsidP="00B07C7D">
      <w:pPr>
        <w:pStyle w:val="Listeavsnitt"/>
        <w:numPr>
          <w:ilvl w:val="0"/>
          <w:numId w:val="11"/>
        </w:numPr>
        <w:spacing w:after="0" w:line="240" w:lineRule="auto"/>
        <w:contextualSpacing w:val="0"/>
        <w:rPr>
          <w:rFonts w:ascii="Aptos" w:eastAsia="Times New Roman" w:hAnsi="Aptos"/>
          <w:lang w:val="nb-NO"/>
        </w:rPr>
      </w:pPr>
      <w:r w:rsidRPr="00131AEF">
        <w:rPr>
          <w:rFonts w:ascii="Aptos" w:eastAsia="Times New Roman" w:hAnsi="Aptos"/>
          <w:lang w:val="nb-NO"/>
        </w:rPr>
        <w:lastRenderedPageBreak/>
        <w:t>Torsdag 19. mars fra 11.00 – 12.00</w:t>
      </w:r>
    </w:p>
    <w:p w14:paraId="56007759" w14:textId="77777777" w:rsidR="00B07C7D" w:rsidRPr="00131AEF" w:rsidRDefault="00B07C7D" w:rsidP="00B07C7D">
      <w:pPr>
        <w:pStyle w:val="Listeavsnitt"/>
        <w:numPr>
          <w:ilvl w:val="0"/>
          <w:numId w:val="11"/>
        </w:numPr>
        <w:spacing w:after="0" w:line="240" w:lineRule="auto"/>
        <w:contextualSpacing w:val="0"/>
        <w:rPr>
          <w:rFonts w:ascii="Aptos" w:eastAsia="Times New Roman" w:hAnsi="Aptos"/>
          <w:lang w:val="nb-NO"/>
        </w:rPr>
      </w:pPr>
      <w:r w:rsidRPr="00131AEF">
        <w:rPr>
          <w:rFonts w:ascii="Aptos" w:eastAsia="Times New Roman" w:hAnsi="Aptos"/>
          <w:lang w:val="nb-NO"/>
        </w:rPr>
        <w:t>Torsdag 23. april fra 11.00 – 12.00</w:t>
      </w:r>
    </w:p>
    <w:p w14:paraId="6AEF7B6E" w14:textId="77777777" w:rsidR="00B07C7D" w:rsidRDefault="00B07C7D" w:rsidP="00B07C7D">
      <w:pPr>
        <w:pStyle w:val="Listeavsnitt"/>
        <w:numPr>
          <w:ilvl w:val="0"/>
          <w:numId w:val="11"/>
        </w:numPr>
        <w:spacing w:after="0" w:line="240" w:lineRule="auto"/>
        <w:contextualSpacing w:val="0"/>
        <w:rPr>
          <w:rFonts w:ascii="Aptos" w:eastAsia="Times New Roman" w:hAnsi="Aptos"/>
          <w:lang w:val="nb-NO"/>
        </w:rPr>
      </w:pPr>
      <w:r w:rsidRPr="00131AEF">
        <w:rPr>
          <w:rFonts w:ascii="Aptos" w:eastAsia="Times New Roman" w:hAnsi="Aptos"/>
          <w:lang w:val="nb-NO"/>
        </w:rPr>
        <w:t>Torsdag 21. mai fra 11.00 – 12.00</w:t>
      </w:r>
    </w:p>
    <w:p w14:paraId="1807F27D" w14:textId="77777777" w:rsidR="00FF22A5" w:rsidRDefault="00FF22A5" w:rsidP="00FF22A5">
      <w:pPr>
        <w:spacing w:after="0" w:line="240" w:lineRule="auto"/>
        <w:rPr>
          <w:rFonts w:ascii="Aptos" w:eastAsia="Times New Roman" w:hAnsi="Aptos"/>
          <w:lang w:val="nb-NO"/>
        </w:rPr>
      </w:pPr>
    </w:p>
    <w:p w14:paraId="3DBA85B8" w14:textId="6527D2CC" w:rsidR="00FF22A5" w:rsidRDefault="00FF22A5" w:rsidP="00FF22A5">
      <w:pPr>
        <w:spacing w:after="0" w:line="240" w:lineRule="auto"/>
        <w:rPr>
          <w:rFonts w:ascii="Aptos" w:eastAsia="Times New Roman" w:hAnsi="Aptos"/>
          <w:lang w:val="nb-NO"/>
        </w:rPr>
      </w:pPr>
      <w:r>
        <w:rPr>
          <w:rFonts w:ascii="Aptos" w:eastAsia="Times New Roman" w:hAnsi="Aptos"/>
          <w:lang w:val="nb-NO"/>
        </w:rPr>
        <w:t>D</w:t>
      </w:r>
      <w:r w:rsidR="00106237">
        <w:rPr>
          <w:rFonts w:ascii="Aptos" w:eastAsia="Times New Roman" w:hAnsi="Aptos"/>
          <w:lang w:val="nb-NO"/>
        </w:rPr>
        <w:t xml:space="preserve">atoene ble godkjent </w:t>
      </w:r>
    </w:p>
    <w:p w14:paraId="6C9CD7A5" w14:textId="77777777" w:rsidR="00106237" w:rsidRPr="00FF22A5" w:rsidRDefault="00106237" w:rsidP="00FF22A5">
      <w:pPr>
        <w:spacing w:after="0" w:line="240" w:lineRule="auto"/>
        <w:rPr>
          <w:rFonts w:ascii="Aptos" w:eastAsia="Times New Roman" w:hAnsi="Aptos"/>
          <w:lang w:val="nb-NO"/>
        </w:rPr>
      </w:pPr>
    </w:p>
    <w:p w14:paraId="005F0C99" w14:textId="6C3F420D" w:rsidR="00B07C7D" w:rsidRDefault="00B07C7D" w:rsidP="00B07C7D">
      <w:pPr>
        <w:pStyle w:val="Listeavsnitt"/>
        <w:numPr>
          <w:ilvl w:val="0"/>
          <w:numId w:val="11"/>
        </w:numPr>
        <w:spacing w:after="0" w:line="240" w:lineRule="auto"/>
        <w:contextualSpacing w:val="0"/>
        <w:rPr>
          <w:rFonts w:ascii="Aptos" w:eastAsia="Times New Roman" w:hAnsi="Aptos"/>
        </w:rPr>
      </w:pPr>
      <w:r w:rsidRPr="00131AEF">
        <w:rPr>
          <w:rFonts w:ascii="Aptos" w:eastAsia="Times New Roman" w:hAnsi="Aptos"/>
          <w:lang w:val="nb-NO"/>
        </w:rPr>
        <w:t xml:space="preserve">Torsdag 18. </w:t>
      </w:r>
      <w:r w:rsidR="00CB2A05" w:rsidRPr="00131AEF">
        <w:rPr>
          <w:rFonts w:ascii="Aptos" w:eastAsia="Times New Roman" w:hAnsi="Aptos"/>
          <w:lang w:val="nb-NO"/>
        </w:rPr>
        <w:t xml:space="preserve">juni </w:t>
      </w:r>
      <w:r w:rsidRPr="00131AEF">
        <w:rPr>
          <w:rFonts w:ascii="Aptos" w:eastAsia="Times New Roman" w:hAnsi="Aptos"/>
          <w:lang w:val="nb-NO"/>
        </w:rPr>
        <w:t>fra 11. 00 – 13.00</w:t>
      </w:r>
      <w:r>
        <w:rPr>
          <w:rFonts w:ascii="Aptos" w:eastAsia="Times New Roman" w:hAnsi="Aptos"/>
        </w:rPr>
        <w:t>?</w:t>
      </w:r>
    </w:p>
    <w:p w14:paraId="13FEDE68" w14:textId="77777777" w:rsidR="00880F09" w:rsidRDefault="00880F09" w:rsidP="00F22A01">
      <w:pPr>
        <w:pStyle w:val="Listeavsnitt"/>
        <w:spacing w:after="0" w:line="240" w:lineRule="auto"/>
        <w:contextualSpacing w:val="0"/>
        <w:rPr>
          <w:rFonts w:ascii="Aptos" w:eastAsia="Times New Roman" w:hAnsi="Aptos"/>
        </w:rPr>
      </w:pPr>
    </w:p>
    <w:p w14:paraId="09DE79D0" w14:textId="7C3DF548" w:rsidR="00106237" w:rsidRPr="00757FB8" w:rsidRDefault="00106237" w:rsidP="00106237">
      <w:pPr>
        <w:spacing w:after="0" w:line="240" w:lineRule="auto"/>
        <w:rPr>
          <w:rFonts w:ascii="Aptos" w:eastAsia="Times New Roman" w:hAnsi="Aptos"/>
          <w:lang w:val="nb-NO"/>
        </w:rPr>
      </w:pPr>
      <w:r w:rsidRPr="00757FB8">
        <w:rPr>
          <w:rFonts w:ascii="Aptos" w:eastAsia="Times New Roman" w:hAnsi="Aptos"/>
          <w:lang w:val="nb-NO"/>
        </w:rPr>
        <w:t xml:space="preserve">Styret foreslo å </w:t>
      </w:r>
      <w:r w:rsidR="00757FB8">
        <w:rPr>
          <w:rFonts w:ascii="Aptos" w:eastAsia="Times New Roman" w:hAnsi="Aptos"/>
          <w:lang w:val="nb-NO"/>
        </w:rPr>
        <w:t>benytte denne datoen</w:t>
      </w:r>
      <w:r w:rsidR="00880F09">
        <w:rPr>
          <w:rFonts w:ascii="Aptos" w:eastAsia="Times New Roman" w:hAnsi="Aptos"/>
          <w:lang w:val="nb-NO"/>
        </w:rPr>
        <w:t xml:space="preserve">, </w:t>
      </w:r>
      <w:r w:rsidR="00E14FD1">
        <w:rPr>
          <w:rFonts w:ascii="Aptos" w:eastAsia="Times New Roman" w:hAnsi="Aptos"/>
          <w:lang w:val="nb-NO"/>
        </w:rPr>
        <w:t xml:space="preserve">så må en se nærmere på hva som kan passe vedr </w:t>
      </w:r>
      <w:r w:rsidR="00A50D6D">
        <w:rPr>
          <w:rFonts w:ascii="Aptos" w:eastAsia="Times New Roman" w:hAnsi="Aptos"/>
          <w:lang w:val="nb-NO"/>
        </w:rPr>
        <w:t xml:space="preserve">tidsramme for et </w:t>
      </w:r>
      <w:r w:rsidR="00757FB8">
        <w:rPr>
          <w:rFonts w:ascii="Aptos" w:eastAsia="Times New Roman" w:hAnsi="Aptos"/>
          <w:lang w:val="nb-NO"/>
        </w:rPr>
        <w:t xml:space="preserve">digitalt seminar </w:t>
      </w:r>
      <w:proofErr w:type="spellStart"/>
      <w:r w:rsidR="00A50D6D">
        <w:rPr>
          <w:rFonts w:ascii="Aptos" w:eastAsia="Times New Roman" w:hAnsi="Aptos"/>
          <w:lang w:val="nb-NO"/>
        </w:rPr>
        <w:t>jfr</w:t>
      </w:r>
      <w:proofErr w:type="spellEnd"/>
      <w:r w:rsidR="00757FB8">
        <w:rPr>
          <w:rFonts w:ascii="Aptos" w:eastAsia="Times New Roman" w:hAnsi="Aptos"/>
          <w:lang w:val="nb-NO"/>
        </w:rPr>
        <w:t xml:space="preserve"> sak </w:t>
      </w:r>
      <w:r w:rsidR="00880F09">
        <w:rPr>
          <w:rFonts w:ascii="Aptos" w:eastAsia="Times New Roman" w:hAnsi="Aptos"/>
          <w:lang w:val="nb-NO"/>
        </w:rPr>
        <w:t>58/2025</w:t>
      </w:r>
    </w:p>
    <w:p w14:paraId="4C6EE373" w14:textId="77777777" w:rsidR="00CB2A05" w:rsidRPr="00757FB8" w:rsidRDefault="00CB2A05" w:rsidP="00CB2A05">
      <w:pPr>
        <w:pStyle w:val="Listeavsnitt"/>
        <w:spacing w:after="0" w:line="240" w:lineRule="auto"/>
        <w:contextualSpacing w:val="0"/>
        <w:rPr>
          <w:rFonts w:ascii="Aptos" w:eastAsia="Times New Roman" w:hAnsi="Aptos"/>
          <w:lang w:val="nb-NO"/>
        </w:rPr>
      </w:pPr>
    </w:p>
    <w:p w14:paraId="5B2A029C" w14:textId="293CEE60" w:rsidR="009263EB" w:rsidRPr="00E15878" w:rsidRDefault="00614788" w:rsidP="009263EB">
      <w:pPr>
        <w:rPr>
          <w:color w:val="EE0000"/>
          <w:lang w:val="nb-NO"/>
        </w:rPr>
      </w:pPr>
      <w:r>
        <w:rPr>
          <w:lang w:val="nb-NO"/>
        </w:rPr>
        <w:t>Forslag</w:t>
      </w:r>
      <w:r w:rsidR="00146363">
        <w:rPr>
          <w:lang w:val="nb-NO"/>
        </w:rPr>
        <w:t xml:space="preserve"> til </w:t>
      </w:r>
      <w:r w:rsidR="001C6B8B">
        <w:rPr>
          <w:lang w:val="nb-NO"/>
        </w:rPr>
        <w:t xml:space="preserve">tema for </w:t>
      </w:r>
      <w:proofErr w:type="spellStart"/>
      <w:r w:rsidR="00E15878">
        <w:rPr>
          <w:lang w:val="nb-NO"/>
        </w:rPr>
        <w:t>R</w:t>
      </w:r>
      <w:r w:rsidR="001C6B8B">
        <w:rPr>
          <w:lang w:val="nb-NO"/>
        </w:rPr>
        <w:t>ehab</w:t>
      </w:r>
      <w:proofErr w:type="spellEnd"/>
      <w:r w:rsidR="00E15878">
        <w:rPr>
          <w:lang w:val="nb-NO"/>
        </w:rPr>
        <w:t>-</w:t>
      </w:r>
      <w:r w:rsidR="001C6B8B">
        <w:rPr>
          <w:lang w:val="nb-NO"/>
        </w:rPr>
        <w:t xml:space="preserve"> lunsj</w:t>
      </w:r>
      <w:r>
        <w:rPr>
          <w:lang w:val="nb-NO"/>
        </w:rPr>
        <w:t>er</w:t>
      </w:r>
      <w:r w:rsidR="00E15878">
        <w:rPr>
          <w:lang w:val="nb-NO"/>
        </w:rPr>
        <w:t xml:space="preserve"> våren 2026 </w:t>
      </w:r>
    </w:p>
    <w:p w14:paraId="4113BCB8" w14:textId="6D3CEB41" w:rsidR="001C6B8B" w:rsidRDefault="001C6B8B" w:rsidP="001C6B8B">
      <w:pPr>
        <w:pStyle w:val="Listeavsnitt"/>
        <w:numPr>
          <w:ilvl w:val="0"/>
          <w:numId w:val="12"/>
        </w:numPr>
        <w:rPr>
          <w:lang w:val="nb-NO"/>
        </w:rPr>
      </w:pPr>
      <w:r>
        <w:rPr>
          <w:lang w:val="nb-NO"/>
        </w:rPr>
        <w:t xml:space="preserve">Kristin Fuglerud – forsker </w:t>
      </w:r>
      <w:r w:rsidR="00447391">
        <w:rPr>
          <w:lang w:val="nb-NO"/>
        </w:rPr>
        <w:t>IKT</w:t>
      </w:r>
      <w:r w:rsidR="00614788">
        <w:rPr>
          <w:lang w:val="nb-NO"/>
        </w:rPr>
        <w:t>, digitale barrierer</w:t>
      </w:r>
    </w:p>
    <w:p w14:paraId="566A2484" w14:textId="77777777" w:rsidR="003E4383" w:rsidRDefault="00447391" w:rsidP="001C6B8B">
      <w:pPr>
        <w:pStyle w:val="Listeavsnitt"/>
        <w:numPr>
          <w:ilvl w:val="0"/>
          <w:numId w:val="12"/>
        </w:numPr>
        <w:rPr>
          <w:lang w:val="nb-NO"/>
        </w:rPr>
      </w:pPr>
      <w:r>
        <w:rPr>
          <w:lang w:val="nb-NO"/>
        </w:rPr>
        <w:t xml:space="preserve">LDO – </w:t>
      </w:r>
      <w:hyperlink r:id="rId6" w:history="1">
        <w:r w:rsidRPr="003E4383">
          <w:rPr>
            <w:rStyle w:val="Hyperkobling"/>
            <w:lang w:val="nb-NO"/>
          </w:rPr>
          <w:t>verktøykasse for inkludering</w:t>
        </w:r>
      </w:hyperlink>
    </w:p>
    <w:p w14:paraId="6235DCE9" w14:textId="77777777" w:rsidR="000E3506" w:rsidRDefault="000E3506" w:rsidP="001C6B8B">
      <w:pPr>
        <w:pStyle w:val="Listeavsnitt"/>
        <w:numPr>
          <w:ilvl w:val="0"/>
          <w:numId w:val="12"/>
        </w:numPr>
        <w:rPr>
          <w:lang w:val="nb-NO"/>
        </w:rPr>
      </w:pPr>
      <w:r>
        <w:rPr>
          <w:lang w:val="nb-NO"/>
        </w:rPr>
        <w:t>PRT – metoden – metode for behandling av sekundære smerter (Siri)</w:t>
      </w:r>
    </w:p>
    <w:p w14:paraId="5F18281E" w14:textId="406FE565" w:rsidR="00447391" w:rsidRDefault="00F04660" w:rsidP="001C6B8B">
      <w:pPr>
        <w:pStyle w:val="Listeavsnitt"/>
        <w:numPr>
          <w:ilvl w:val="0"/>
          <w:numId w:val="12"/>
        </w:numPr>
        <w:rPr>
          <w:lang w:val="nb-NO"/>
        </w:rPr>
      </w:pPr>
      <w:hyperlink r:id="rId7" w:history="1">
        <w:r w:rsidRPr="00E15878">
          <w:rPr>
            <w:rStyle w:val="Hyperkobling"/>
            <w:lang w:val="nb-NO"/>
          </w:rPr>
          <w:t>Ekspertutvalget BPA</w:t>
        </w:r>
      </w:hyperlink>
      <w:r>
        <w:rPr>
          <w:lang w:val="nb-NO"/>
        </w:rPr>
        <w:t xml:space="preserve"> – </w:t>
      </w:r>
      <w:r w:rsidR="00CC7BDE">
        <w:rPr>
          <w:lang w:val="nb-NO"/>
        </w:rPr>
        <w:t>Christel</w:t>
      </w:r>
      <w:r>
        <w:rPr>
          <w:lang w:val="nb-NO"/>
        </w:rPr>
        <w:t xml:space="preserve"> </w:t>
      </w:r>
      <w:r w:rsidR="00564B66">
        <w:rPr>
          <w:lang w:val="nb-NO"/>
        </w:rPr>
        <w:t>K</w:t>
      </w:r>
      <w:r>
        <w:rPr>
          <w:lang w:val="nb-NO"/>
        </w:rPr>
        <w:t xml:space="preserve">vam </w:t>
      </w:r>
      <w:r w:rsidR="00447391">
        <w:rPr>
          <w:lang w:val="nb-NO"/>
        </w:rPr>
        <w:t xml:space="preserve"> </w:t>
      </w:r>
    </w:p>
    <w:p w14:paraId="2EC594C0" w14:textId="77777777" w:rsidR="00C24DD8" w:rsidRPr="001C6B8B" w:rsidRDefault="00C24DD8" w:rsidP="00C24DD8">
      <w:pPr>
        <w:pStyle w:val="Listeavsnitt"/>
        <w:rPr>
          <w:lang w:val="nb-NO"/>
        </w:rPr>
      </w:pPr>
    </w:p>
    <w:p w14:paraId="692CE17E" w14:textId="3049DF10" w:rsidR="00067C79" w:rsidRDefault="00067C79" w:rsidP="002B3B90">
      <w:pPr>
        <w:rPr>
          <w:b/>
          <w:bCs/>
          <w:sz w:val="28"/>
          <w:szCs w:val="28"/>
          <w:lang w:val="nb-NO"/>
        </w:rPr>
      </w:pPr>
      <w:r w:rsidRPr="002B3B90">
        <w:rPr>
          <w:b/>
          <w:bCs/>
          <w:sz w:val="28"/>
          <w:szCs w:val="28"/>
          <w:lang w:val="nb-NO"/>
        </w:rPr>
        <w:t xml:space="preserve">Sak </w:t>
      </w:r>
      <w:r w:rsidR="00CB2A05" w:rsidRPr="002B3B90">
        <w:rPr>
          <w:b/>
          <w:bCs/>
          <w:sz w:val="28"/>
          <w:szCs w:val="28"/>
          <w:lang w:val="nb-NO"/>
        </w:rPr>
        <w:t>60</w:t>
      </w:r>
      <w:r w:rsidRPr="002B3B90">
        <w:rPr>
          <w:b/>
          <w:bCs/>
          <w:sz w:val="28"/>
          <w:szCs w:val="28"/>
          <w:lang w:val="nb-NO"/>
        </w:rPr>
        <w:t xml:space="preserve">/2025 </w:t>
      </w:r>
      <w:r w:rsidR="00442438" w:rsidRPr="002B3B90">
        <w:rPr>
          <w:b/>
          <w:bCs/>
          <w:sz w:val="28"/>
          <w:szCs w:val="28"/>
          <w:lang w:val="nb-NO"/>
        </w:rPr>
        <w:t>–</w:t>
      </w:r>
      <w:r w:rsidRPr="002B3B90">
        <w:rPr>
          <w:b/>
          <w:bCs/>
          <w:sz w:val="28"/>
          <w:szCs w:val="28"/>
          <w:lang w:val="nb-NO"/>
        </w:rPr>
        <w:t xml:space="preserve"> Verveaktivitet</w:t>
      </w:r>
      <w:r w:rsidR="00442438" w:rsidRPr="002B3B90">
        <w:rPr>
          <w:b/>
          <w:bCs/>
          <w:sz w:val="28"/>
          <w:szCs w:val="28"/>
          <w:lang w:val="nb-NO"/>
        </w:rPr>
        <w:t xml:space="preserve"> – </w:t>
      </w:r>
      <w:r w:rsidR="00146363" w:rsidRPr="002B3B90">
        <w:rPr>
          <w:b/>
          <w:bCs/>
          <w:sz w:val="28"/>
          <w:szCs w:val="28"/>
          <w:lang w:val="nb-NO"/>
        </w:rPr>
        <w:t>hva har skjedd siden sist styremøte</w:t>
      </w:r>
      <w:r w:rsidR="002B3B90">
        <w:rPr>
          <w:b/>
          <w:bCs/>
          <w:sz w:val="28"/>
          <w:szCs w:val="28"/>
          <w:lang w:val="nb-NO"/>
        </w:rPr>
        <w:t>.</w:t>
      </w:r>
    </w:p>
    <w:p w14:paraId="050C309B" w14:textId="5F029D37" w:rsidR="002B3B90" w:rsidRDefault="00953AF0" w:rsidP="002B3B90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Vi</w:t>
      </w:r>
      <w:r w:rsidR="00313958">
        <w:rPr>
          <w:sz w:val="24"/>
          <w:szCs w:val="24"/>
          <w:lang w:val="nb-NO"/>
        </w:rPr>
        <w:t xml:space="preserve"> bør jobbe mer systematisk med verveaktiviteter. </w:t>
      </w:r>
      <w:r w:rsidR="00F061A2">
        <w:rPr>
          <w:sz w:val="24"/>
          <w:szCs w:val="24"/>
          <w:lang w:val="nb-NO"/>
        </w:rPr>
        <w:t xml:space="preserve">Først skaffe oss en oversikt over hvem som er deltakende på </w:t>
      </w:r>
      <w:proofErr w:type="spellStart"/>
      <w:r w:rsidR="00F061A2">
        <w:rPr>
          <w:sz w:val="24"/>
          <w:szCs w:val="24"/>
          <w:lang w:val="nb-NO"/>
        </w:rPr>
        <w:t>Rehab</w:t>
      </w:r>
      <w:proofErr w:type="spellEnd"/>
      <w:r w:rsidR="00F061A2">
        <w:rPr>
          <w:sz w:val="24"/>
          <w:szCs w:val="24"/>
          <w:lang w:val="nb-NO"/>
        </w:rPr>
        <w:t xml:space="preserve"> – lunsjer. Videre se på </w:t>
      </w:r>
      <w:r w:rsidR="00CF572D">
        <w:rPr>
          <w:sz w:val="24"/>
          <w:szCs w:val="24"/>
          <w:lang w:val="nb-NO"/>
        </w:rPr>
        <w:t xml:space="preserve">hvilke </w:t>
      </w:r>
      <w:r w:rsidR="00CA3990">
        <w:rPr>
          <w:sz w:val="24"/>
          <w:szCs w:val="24"/>
          <w:lang w:val="nb-NO"/>
        </w:rPr>
        <w:t xml:space="preserve">som kan være aktuelle fra de </w:t>
      </w:r>
      <w:r w:rsidR="008C5560">
        <w:rPr>
          <w:sz w:val="24"/>
          <w:szCs w:val="24"/>
          <w:lang w:val="nb-NO"/>
        </w:rPr>
        <w:t xml:space="preserve">ulike </w:t>
      </w:r>
      <w:r w:rsidR="0071513C">
        <w:rPr>
          <w:sz w:val="24"/>
          <w:szCs w:val="24"/>
          <w:lang w:val="nb-NO"/>
        </w:rPr>
        <w:t>sektorer</w:t>
      </w:r>
      <w:r w:rsidR="00CA3990">
        <w:rPr>
          <w:sz w:val="24"/>
          <w:szCs w:val="24"/>
          <w:lang w:val="nb-NO"/>
        </w:rPr>
        <w:t>:</w:t>
      </w:r>
    </w:p>
    <w:p w14:paraId="72A4C7E2" w14:textId="2F2D4BB9" w:rsidR="0071513C" w:rsidRDefault="0071513C" w:rsidP="0071513C">
      <w:pPr>
        <w:pStyle w:val="Listeavsnitt"/>
        <w:numPr>
          <w:ilvl w:val="0"/>
          <w:numId w:val="1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Rehabiliteringsinstitusjoner</w:t>
      </w:r>
    </w:p>
    <w:p w14:paraId="5A025470" w14:textId="2240FC3A" w:rsidR="0071513C" w:rsidRDefault="00CF572D" w:rsidP="0071513C">
      <w:pPr>
        <w:pStyle w:val="Listeavsnitt"/>
        <w:numPr>
          <w:ilvl w:val="0"/>
          <w:numId w:val="1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Funksjonshemmedes organisasjoner /brukerorganisasjoner </w:t>
      </w:r>
    </w:p>
    <w:p w14:paraId="786F4796" w14:textId="1E0DC584" w:rsidR="00CF572D" w:rsidRDefault="00CF572D" w:rsidP="0071513C">
      <w:pPr>
        <w:pStyle w:val="Listeavsnitt"/>
        <w:numPr>
          <w:ilvl w:val="0"/>
          <w:numId w:val="1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Akademia</w:t>
      </w:r>
    </w:p>
    <w:p w14:paraId="062D6C7B" w14:textId="3DF74A9D" w:rsidR="00CF572D" w:rsidRDefault="00CF572D" w:rsidP="0071513C">
      <w:pPr>
        <w:pStyle w:val="Listeavsnitt"/>
        <w:numPr>
          <w:ilvl w:val="0"/>
          <w:numId w:val="1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Offentlige institusjoner </w:t>
      </w:r>
    </w:p>
    <w:p w14:paraId="4A6AF453" w14:textId="7AA5AC1F" w:rsidR="00CF572D" w:rsidRDefault="00CA3990" w:rsidP="00CF572D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Utarbeide en plan for vervekampanje </w:t>
      </w:r>
      <w:r w:rsidR="00FF5D11">
        <w:rPr>
          <w:sz w:val="24"/>
          <w:szCs w:val="24"/>
          <w:lang w:val="nb-NO"/>
        </w:rPr>
        <w:t>samt ferdigstille brosjyre</w:t>
      </w:r>
      <w:r w:rsidR="000257B4">
        <w:rPr>
          <w:sz w:val="24"/>
          <w:szCs w:val="24"/>
          <w:lang w:val="nb-NO"/>
        </w:rPr>
        <w:t xml:space="preserve">. Siri og Karl Håkon </w:t>
      </w:r>
      <w:r w:rsidR="00B13ABD">
        <w:rPr>
          <w:sz w:val="24"/>
          <w:szCs w:val="24"/>
          <w:lang w:val="nb-NO"/>
        </w:rPr>
        <w:t>tar sikte på å ferdigstille denne til styremøte i januar 2026.</w:t>
      </w:r>
    </w:p>
    <w:p w14:paraId="4F09D11B" w14:textId="2503C775" w:rsidR="00CB2A05" w:rsidRDefault="00B13ABD" w:rsidP="00CB2A05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Alle styremedlemmer </w:t>
      </w:r>
      <w:r w:rsidR="009F6239">
        <w:rPr>
          <w:sz w:val="24"/>
          <w:szCs w:val="24"/>
          <w:lang w:val="nb-NO"/>
        </w:rPr>
        <w:t xml:space="preserve">bes om å komme med </w:t>
      </w:r>
      <w:r w:rsidR="00E536E2">
        <w:rPr>
          <w:sz w:val="24"/>
          <w:szCs w:val="24"/>
          <w:lang w:val="nb-NO"/>
        </w:rPr>
        <w:t>aktuelle medlems</w:t>
      </w:r>
      <w:r w:rsidR="009F6239">
        <w:rPr>
          <w:sz w:val="24"/>
          <w:szCs w:val="24"/>
          <w:lang w:val="nb-NO"/>
        </w:rPr>
        <w:t xml:space="preserve">forslag </w:t>
      </w:r>
      <w:r w:rsidR="00E536E2">
        <w:rPr>
          <w:sz w:val="24"/>
          <w:szCs w:val="24"/>
          <w:lang w:val="nb-NO"/>
        </w:rPr>
        <w:t>til første møte i 2026</w:t>
      </w:r>
      <w:r w:rsidR="00C24DD8">
        <w:rPr>
          <w:sz w:val="24"/>
          <w:szCs w:val="24"/>
          <w:lang w:val="nb-NO"/>
        </w:rPr>
        <w:t>.</w:t>
      </w:r>
    </w:p>
    <w:p w14:paraId="2795484F" w14:textId="77777777" w:rsidR="00C24DD8" w:rsidRDefault="00C24DD8" w:rsidP="00CB2A05">
      <w:pPr>
        <w:rPr>
          <w:lang w:val="nb-NO"/>
        </w:rPr>
      </w:pPr>
    </w:p>
    <w:p w14:paraId="61CB935E" w14:textId="6A359482" w:rsidR="00CB2A05" w:rsidRDefault="00CB2A05" w:rsidP="00E536E2">
      <w:pPr>
        <w:rPr>
          <w:b/>
          <w:bCs/>
          <w:sz w:val="28"/>
          <w:szCs w:val="28"/>
          <w:lang w:val="nb-NO"/>
        </w:rPr>
      </w:pPr>
      <w:r w:rsidRPr="00E536E2">
        <w:rPr>
          <w:b/>
          <w:bCs/>
          <w:sz w:val="28"/>
          <w:szCs w:val="28"/>
          <w:lang w:val="nb-NO"/>
        </w:rPr>
        <w:t xml:space="preserve">Sak 61/2025 – Oppdatering av RI nettsted – status </w:t>
      </w:r>
    </w:p>
    <w:p w14:paraId="46BDF03C" w14:textId="093CE3AB" w:rsidR="00CB2A05" w:rsidRPr="00CB2A05" w:rsidRDefault="005B2B16" w:rsidP="00CB2A05">
      <w:pPr>
        <w:rPr>
          <w:lang w:val="nb-NO"/>
        </w:rPr>
      </w:pPr>
      <w:r w:rsidRPr="00F92ADD">
        <w:rPr>
          <w:sz w:val="24"/>
          <w:szCs w:val="24"/>
          <w:lang w:val="nb-NO"/>
        </w:rPr>
        <w:t xml:space="preserve">Vi har en avtale med </w:t>
      </w:r>
      <w:r w:rsidR="00F92ADD" w:rsidRPr="00F92ADD">
        <w:rPr>
          <w:sz w:val="24"/>
          <w:szCs w:val="24"/>
          <w:lang w:val="nb-NO"/>
        </w:rPr>
        <w:t>Ul</w:t>
      </w:r>
      <w:r w:rsidRPr="00F92ADD">
        <w:rPr>
          <w:sz w:val="24"/>
          <w:szCs w:val="24"/>
          <w:lang w:val="nb-NO"/>
        </w:rPr>
        <w:t xml:space="preserve">f Samer om </w:t>
      </w:r>
      <w:r w:rsidR="00F92ADD" w:rsidRPr="00F92ADD">
        <w:rPr>
          <w:sz w:val="24"/>
          <w:szCs w:val="24"/>
          <w:lang w:val="nb-NO"/>
        </w:rPr>
        <w:t xml:space="preserve">support og </w:t>
      </w:r>
      <w:r w:rsidR="00F92ADD">
        <w:rPr>
          <w:sz w:val="24"/>
          <w:szCs w:val="24"/>
          <w:lang w:val="nb-NO"/>
        </w:rPr>
        <w:t xml:space="preserve">noe drift av hjemmesiden vår. </w:t>
      </w:r>
      <w:r w:rsidR="00C14FF5">
        <w:rPr>
          <w:sz w:val="24"/>
          <w:szCs w:val="24"/>
          <w:lang w:val="nb-NO"/>
        </w:rPr>
        <w:t>Han er nå bedt om å «rydde</w:t>
      </w:r>
      <w:r w:rsidR="00D07655">
        <w:rPr>
          <w:sz w:val="24"/>
          <w:szCs w:val="24"/>
          <w:lang w:val="nb-NO"/>
        </w:rPr>
        <w:t>»</w:t>
      </w:r>
      <w:r w:rsidR="00C14FF5">
        <w:rPr>
          <w:sz w:val="24"/>
          <w:szCs w:val="24"/>
          <w:lang w:val="nb-NO"/>
        </w:rPr>
        <w:t xml:space="preserve"> litt på forsiden, fjerne gamle invitasjoner</w:t>
      </w:r>
      <w:r w:rsidR="00D07655">
        <w:rPr>
          <w:sz w:val="24"/>
          <w:szCs w:val="24"/>
          <w:lang w:val="nb-NO"/>
        </w:rPr>
        <w:t>, oppdatere medlemslisten samt oppdatere styresammensetningen.</w:t>
      </w:r>
    </w:p>
    <w:p w14:paraId="6D68833C" w14:textId="039B3B29" w:rsidR="00CB2A05" w:rsidRDefault="000706C5" w:rsidP="00FD2837">
      <w:pPr>
        <w:rPr>
          <w:b/>
          <w:bCs/>
          <w:sz w:val="28"/>
          <w:szCs w:val="28"/>
          <w:lang w:val="nb-NO"/>
        </w:rPr>
      </w:pPr>
      <w:r w:rsidRPr="00FD2837">
        <w:rPr>
          <w:b/>
          <w:bCs/>
          <w:sz w:val="28"/>
          <w:szCs w:val="28"/>
          <w:lang w:val="nb-NO"/>
        </w:rPr>
        <w:lastRenderedPageBreak/>
        <w:t xml:space="preserve">Sak </w:t>
      </w:r>
      <w:r w:rsidR="00141A90" w:rsidRPr="00FD2837">
        <w:rPr>
          <w:b/>
          <w:bCs/>
          <w:sz w:val="28"/>
          <w:szCs w:val="28"/>
          <w:lang w:val="nb-NO"/>
        </w:rPr>
        <w:t>6</w:t>
      </w:r>
      <w:r w:rsidR="00CB2A05" w:rsidRPr="00FD2837">
        <w:rPr>
          <w:b/>
          <w:bCs/>
          <w:sz w:val="28"/>
          <w:szCs w:val="28"/>
          <w:lang w:val="nb-NO"/>
        </w:rPr>
        <w:t>2</w:t>
      </w:r>
      <w:r w:rsidRPr="00FD2837">
        <w:rPr>
          <w:b/>
          <w:bCs/>
          <w:sz w:val="28"/>
          <w:szCs w:val="28"/>
          <w:lang w:val="nb-NO"/>
        </w:rPr>
        <w:t xml:space="preserve">/2025 – </w:t>
      </w:r>
      <w:r w:rsidR="00CB2A05" w:rsidRPr="00FD2837">
        <w:rPr>
          <w:b/>
          <w:bCs/>
          <w:sz w:val="28"/>
          <w:szCs w:val="28"/>
          <w:lang w:val="nb-NO"/>
        </w:rPr>
        <w:t xml:space="preserve">Valg av styremedlemmer – informasjon </w:t>
      </w:r>
    </w:p>
    <w:p w14:paraId="154DE9FC" w14:textId="691624B6" w:rsidR="00C24DD8" w:rsidRDefault="00C96ECA" w:rsidP="00F96941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Det er sendt ut forespørsel til de av styrets medlemmer som er på valg. </w:t>
      </w:r>
      <w:r w:rsidR="00087B15">
        <w:rPr>
          <w:sz w:val="24"/>
          <w:szCs w:val="24"/>
          <w:lang w:val="nb-NO"/>
        </w:rPr>
        <w:t>Avven</w:t>
      </w:r>
      <w:r w:rsidR="00304431">
        <w:rPr>
          <w:sz w:val="24"/>
          <w:szCs w:val="24"/>
          <w:lang w:val="nb-NO"/>
        </w:rPr>
        <w:t>t</w:t>
      </w:r>
      <w:r w:rsidR="00087B15">
        <w:rPr>
          <w:sz w:val="24"/>
          <w:szCs w:val="24"/>
          <w:lang w:val="nb-NO"/>
        </w:rPr>
        <w:t>er svar, og tar d</w:t>
      </w:r>
      <w:r w:rsidR="00304431">
        <w:rPr>
          <w:sz w:val="24"/>
          <w:szCs w:val="24"/>
          <w:lang w:val="nb-NO"/>
        </w:rPr>
        <w:t>isse</w:t>
      </w:r>
      <w:r w:rsidR="00087B15">
        <w:rPr>
          <w:sz w:val="24"/>
          <w:szCs w:val="24"/>
          <w:lang w:val="nb-NO"/>
        </w:rPr>
        <w:t xml:space="preserve"> med videre til </w:t>
      </w:r>
      <w:r w:rsidR="00304431">
        <w:rPr>
          <w:sz w:val="24"/>
          <w:szCs w:val="24"/>
          <w:lang w:val="nb-NO"/>
        </w:rPr>
        <w:t>valgkomiteen når de foreligger.</w:t>
      </w:r>
    </w:p>
    <w:p w14:paraId="2942F6E7" w14:textId="77777777" w:rsidR="00C24DD8" w:rsidRDefault="00C24DD8" w:rsidP="00F96941">
      <w:pPr>
        <w:rPr>
          <w:color w:val="EE0000"/>
          <w:sz w:val="24"/>
          <w:szCs w:val="24"/>
          <w:lang w:val="nb-NO"/>
        </w:rPr>
      </w:pPr>
    </w:p>
    <w:p w14:paraId="329DCE99" w14:textId="6EB4487E" w:rsidR="003118A6" w:rsidRDefault="00CB2A05" w:rsidP="00F96941">
      <w:pPr>
        <w:rPr>
          <w:b/>
          <w:bCs/>
          <w:sz w:val="28"/>
          <w:szCs w:val="28"/>
          <w:lang w:val="nb-NO"/>
        </w:rPr>
      </w:pPr>
      <w:r w:rsidRPr="00F96941">
        <w:rPr>
          <w:b/>
          <w:bCs/>
          <w:sz w:val="28"/>
          <w:szCs w:val="28"/>
          <w:lang w:val="nb-NO"/>
        </w:rPr>
        <w:t xml:space="preserve">Sak 63/ 2025 - </w:t>
      </w:r>
      <w:r w:rsidR="000706C5" w:rsidRPr="00F96941">
        <w:rPr>
          <w:b/>
          <w:bCs/>
          <w:sz w:val="28"/>
          <w:szCs w:val="28"/>
          <w:lang w:val="nb-NO"/>
        </w:rPr>
        <w:t>Info fra RI internasjonalt</w:t>
      </w:r>
    </w:p>
    <w:p w14:paraId="6CFEC5EE" w14:textId="7F07B452" w:rsidR="00C43432" w:rsidRDefault="00C43432" w:rsidP="00F96941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Jan </w:t>
      </w:r>
      <w:r w:rsidR="0039649F">
        <w:rPr>
          <w:sz w:val="24"/>
          <w:szCs w:val="24"/>
          <w:lang w:val="nb-NO"/>
        </w:rPr>
        <w:t xml:space="preserve">orienterte </w:t>
      </w:r>
      <w:r w:rsidR="00D26ED9">
        <w:rPr>
          <w:sz w:val="24"/>
          <w:szCs w:val="24"/>
          <w:lang w:val="nb-NO"/>
        </w:rPr>
        <w:t>fra RI Global</w:t>
      </w:r>
      <w:r w:rsidR="0039649F">
        <w:rPr>
          <w:sz w:val="24"/>
          <w:szCs w:val="24"/>
          <w:lang w:val="nb-NO"/>
        </w:rPr>
        <w:t>:</w:t>
      </w:r>
    </w:p>
    <w:p w14:paraId="6BB8CB92" w14:textId="5D649734" w:rsidR="0039649F" w:rsidRDefault="0039649F" w:rsidP="00F96941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Det er planlagt et strategimøte </w:t>
      </w:r>
      <w:r w:rsidR="001C316B">
        <w:rPr>
          <w:sz w:val="24"/>
          <w:szCs w:val="24"/>
          <w:lang w:val="nb-NO"/>
        </w:rPr>
        <w:t>i Paris for RI Global i februar 2026.</w:t>
      </w:r>
      <w:r w:rsidR="001B2F5F">
        <w:rPr>
          <w:sz w:val="24"/>
          <w:szCs w:val="24"/>
          <w:lang w:val="nb-NO"/>
        </w:rPr>
        <w:t xml:space="preserve"> Han skisserte at </w:t>
      </w:r>
      <w:r w:rsidR="0035360E">
        <w:rPr>
          <w:sz w:val="24"/>
          <w:szCs w:val="24"/>
          <w:lang w:val="nb-NO"/>
        </w:rPr>
        <w:t>dette</w:t>
      </w:r>
      <w:r w:rsidR="001B2F5F">
        <w:rPr>
          <w:sz w:val="24"/>
          <w:szCs w:val="24"/>
          <w:lang w:val="nb-NO"/>
        </w:rPr>
        <w:t xml:space="preserve"> vil være starten på en større strategiprosess og veien videre</w:t>
      </w:r>
      <w:r w:rsidR="006D66DE">
        <w:rPr>
          <w:sz w:val="24"/>
          <w:szCs w:val="24"/>
          <w:lang w:val="nb-NO"/>
        </w:rPr>
        <w:t xml:space="preserve"> og startskuddet for dette vil være 2026.</w:t>
      </w:r>
    </w:p>
    <w:p w14:paraId="409EE439" w14:textId="16455A0C" w:rsidR="00D26ED9" w:rsidRDefault="00141D29" w:rsidP="00F96941">
      <w:pPr>
        <w:rPr>
          <w:sz w:val="24"/>
          <w:szCs w:val="24"/>
          <w:lang w:val="nb-NO"/>
        </w:rPr>
      </w:pPr>
      <w:r w:rsidRPr="00141D29">
        <w:rPr>
          <w:sz w:val="24"/>
          <w:szCs w:val="24"/>
          <w:lang w:val="nb-NO"/>
        </w:rPr>
        <w:t>Det skal arrangeres GA virtuelt 17. desember. Dokumenter blir sendt ut snart. Tone har sendt ut informasjon om sitt arbeid til styret. J</w:t>
      </w:r>
      <w:r w:rsidR="004817D2">
        <w:rPr>
          <w:sz w:val="24"/>
          <w:szCs w:val="24"/>
          <w:lang w:val="nb-NO"/>
        </w:rPr>
        <w:t>an</w:t>
      </w:r>
      <w:r w:rsidRPr="00141D29">
        <w:rPr>
          <w:sz w:val="24"/>
          <w:szCs w:val="24"/>
          <w:lang w:val="nb-NO"/>
        </w:rPr>
        <w:t xml:space="preserve"> deltok på første dag av EC. </w:t>
      </w:r>
      <w:r w:rsidRPr="00141D29">
        <w:rPr>
          <w:sz w:val="24"/>
          <w:szCs w:val="24"/>
          <w:lang w:val="nn-NO"/>
        </w:rPr>
        <w:t xml:space="preserve">Møtet i New Dehli, digitalt. </w:t>
      </w:r>
      <w:r w:rsidRPr="00141D29">
        <w:rPr>
          <w:sz w:val="24"/>
          <w:szCs w:val="24"/>
          <w:lang w:val="nb-NO"/>
        </w:rPr>
        <w:t xml:space="preserve">EC ble arrangert 1.og 2. november. Det er utarbeidet møteplan for RI Global som Jan har sendt til styret. Neste fysiske møte for EC blir i New York 12, juni. Etter COSP møtet som blir 9-11 juni. Det jobbes med Side Even der. Det har ikke vært møter i RIF siden oktober. </w:t>
      </w:r>
      <w:r w:rsidRPr="00141D29">
        <w:rPr>
          <w:sz w:val="24"/>
          <w:szCs w:val="24"/>
          <w:lang w:val="nn-NO"/>
        </w:rPr>
        <w:t>New York børsene går bra. </w:t>
      </w:r>
    </w:p>
    <w:p w14:paraId="305BA7A2" w14:textId="7D70D741" w:rsidR="00F96941" w:rsidRDefault="0086032A" w:rsidP="00F96941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Tone var ikke </w:t>
      </w:r>
      <w:r w:rsidR="0014723C">
        <w:rPr>
          <w:sz w:val="24"/>
          <w:szCs w:val="24"/>
          <w:lang w:val="nb-NO"/>
        </w:rPr>
        <w:t>til stede</w:t>
      </w:r>
      <w:r>
        <w:rPr>
          <w:sz w:val="24"/>
          <w:szCs w:val="24"/>
          <w:lang w:val="nb-NO"/>
        </w:rPr>
        <w:t xml:space="preserve"> på møtet</w:t>
      </w:r>
      <w:r w:rsidR="0014723C">
        <w:rPr>
          <w:sz w:val="24"/>
          <w:szCs w:val="24"/>
          <w:lang w:val="nb-NO"/>
        </w:rPr>
        <w:t xml:space="preserve">, </w:t>
      </w:r>
      <w:r>
        <w:rPr>
          <w:sz w:val="24"/>
          <w:szCs w:val="24"/>
          <w:lang w:val="nb-NO"/>
        </w:rPr>
        <w:t xml:space="preserve">men hadde </w:t>
      </w:r>
      <w:r w:rsidR="0014723C">
        <w:rPr>
          <w:sz w:val="24"/>
          <w:szCs w:val="24"/>
          <w:lang w:val="nb-NO"/>
        </w:rPr>
        <w:t>i forkant oversendt informasjon</w:t>
      </w:r>
      <w:r w:rsidR="00001F55">
        <w:rPr>
          <w:sz w:val="24"/>
          <w:szCs w:val="24"/>
          <w:lang w:val="nb-NO"/>
        </w:rPr>
        <w:t xml:space="preserve"> som </w:t>
      </w:r>
      <w:r w:rsidR="00C43432">
        <w:rPr>
          <w:sz w:val="24"/>
          <w:szCs w:val="24"/>
          <w:lang w:val="nb-NO"/>
        </w:rPr>
        <w:t xml:space="preserve">følger: </w:t>
      </w:r>
    </w:p>
    <w:p w14:paraId="5660D943" w14:textId="77777777" w:rsidR="0014723C" w:rsidRDefault="0014723C" w:rsidP="0014723C">
      <w:pPr>
        <w:pStyle w:val="Listeavsnitt"/>
        <w:numPr>
          <w:ilvl w:val="0"/>
          <w:numId w:val="14"/>
        </w:numPr>
        <w:spacing w:after="160" w:line="259" w:lineRule="auto"/>
        <w:rPr>
          <w:b/>
          <w:bCs/>
          <w:sz w:val="24"/>
          <w:szCs w:val="24"/>
          <w:u w:val="single"/>
        </w:rPr>
      </w:pPr>
      <w:proofErr w:type="spellStart"/>
      <w:r w:rsidRPr="00016A79">
        <w:rPr>
          <w:b/>
          <w:bCs/>
          <w:sz w:val="24"/>
          <w:szCs w:val="24"/>
          <w:u w:val="single"/>
        </w:rPr>
        <w:t>Prosjekt</w:t>
      </w:r>
      <w:proofErr w:type="spellEnd"/>
      <w:r w:rsidRPr="00016A79">
        <w:rPr>
          <w:b/>
          <w:bCs/>
          <w:sz w:val="24"/>
          <w:szCs w:val="24"/>
          <w:u w:val="single"/>
        </w:rPr>
        <w:t xml:space="preserve"> “A global symbol”</w:t>
      </w:r>
    </w:p>
    <w:p w14:paraId="5C7BB355" w14:textId="3A977A9A" w:rsidR="0014723C" w:rsidRDefault="0014723C" w:rsidP="0014723C">
      <w:pPr>
        <w:rPr>
          <w:sz w:val="24"/>
          <w:szCs w:val="24"/>
          <w:lang w:val="nb-NO"/>
        </w:rPr>
      </w:pPr>
      <w:r w:rsidRPr="00B30CEF">
        <w:rPr>
          <w:sz w:val="24"/>
          <w:szCs w:val="24"/>
          <w:lang w:val="nb-NO"/>
        </w:rPr>
        <w:t>Den 2.12.25 var siste</w:t>
      </w:r>
      <w:r w:rsidR="00AB2E9A" w:rsidRPr="00B30CEF">
        <w:rPr>
          <w:sz w:val="24"/>
          <w:szCs w:val="24"/>
          <w:lang w:val="nb-NO"/>
        </w:rPr>
        <w:t>-</w:t>
      </w:r>
      <w:r w:rsidRPr="00B30CEF">
        <w:rPr>
          <w:sz w:val="24"/>
          <w:szCs w:val="24"/>
          <w:lang w:val="nb-NO"/>
        </w:rPr>
        <w:t xml:space="preserve"> og avsluttende møte – i prosjektgruppa/ekspertgruppa på det faglige innholdet. Til dette møtet hadde vi fått oversendt fra ICTA resultatet fra designkonkurransen. </w:t>
      </w:r>
      <w:r>
        <w:rPr>
          <w:sz w:val="24"/>
          <w:szCs w:val="24"/>
          <w:lang w:val="nb-NO"/>
        </w:rPr>
        <w:t>Totalt var det kommet inn 3 forslag. Forslagene skal behandle</w:t>
      </w:r>
      <w:r w:rsidR="00395B10">
        <w:rPr>
          <w:sz w:val="24"/>
          <w:szCs w:val="24"/>
          <w:lang w:val="nb-NO"/>
        </w:rPr>
        <w:t xml:space="preserve">s </w:t>
      </w:r>
      <w:r>
        <w:rPr>
          <w:sz w:val="24"/>
          <w:szCs w:val="24"/>
          <w:lang w:val="nb-NO"/>
        </w:rPr>
        <w:t>i jurymøte 10.desember 2025.</w:t>
      </w:r>
    </w:p>
    <w:p w14:paraId="408DA485" w14:textId="60473631" w:rsidR="0014723C" w:rsidRDefault="0014723C" w:rsidP="0014723C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I likhet med prosjektgruppa mener jeg at ingen av forslagene tilfredsstiller kravene til et symbol for «</w:t>
      </w:r>
      <w:proofErr w:type="spellStart"/>
      <w:r>
        <w:rPr>
          <w:sz w:val="24"/>
          <w:szCs w:val="24"/>
          <w:lang w:val="nb-NO"/>
        </w:rPr>
        <w:t>inclusive</w:t>
      </w:r>
      <w:proofErr w:type="spellEnd"/>
      <w:r>
        <w:rPr>
          <w:sz w:val="24"/>
          <w:szCs w:val="24"/>
          <w:lang w:val="nb-NO"/>
        </w:rPr>
        <w:t xml:space="preserve"> </w:t>
      </w:r>
      <w:proofErr w:type="spellStart"/>
      <w:r>
        <w:rPr>
          <w:sz w:val="24"/>
          <w:szCs w:val="24"/>
          <w:lang w:val="nb-NO"/>
        </w:rPr>
        <w:t>education</w:t>
      </w:r>
      <w:proofErr w:type="spellEnd"/>
      <w:r>
        <w:rPr>
          <w:sz w:val="24"/>
          <w:szCs w:val="24"/>
          <w:lang w:val="nb-NO"/>
        </w:rPr>
        <w:t>». På denne bakgrunn har jeg igangsatt et arbeid med å utvikle noen nye designforslag – engasjert et designmiljø som kan bidra i prosessen.</w:t>
      </w:r>
      <w:r w:rsidR="00BC676D">
        <w:rPr>
          <w:sz w:val="24"/>
          <w:szCs w:val="24"/>
          <w:lang w:val="nb-NO"/>
        </w:rPr>
        <w:t xml:space="preserve"> </w:t>
      </w:r>
      <w:r>
        <w:rPr>
          <w:sz w:val="24"/>
          <w:szCs w:val="24"/>
          <w:lang w:val="nb-NO"/>
        </w:rPr>
        <w:t xml:space="preserve">Det er uklart hva juryen </w:t>
      </w:r>
      <w:r w:rsidR="00BC676D">
        <w:rPr>
          <w:sz w:val="24"/>
          <w:szCs w:val="24"/>
          <w:lang w:val="nb-NO"/>
        </w:rPr>
        <w:t xml:space="preserve">i møte 10.12 </w:t>
      </w:r>
      <w:r>
        <w:rPr>
          <w:sz w:val="24"/>
          <w:szCs w:val="24"/>
          <w:lang w:val="nb-NO"/>
        </w:rPr>
        <w:t>vil si til dette, men det er ikke tilrådelig å etablere et symbol som ikke er godt nok.</w:t>
      </w:r>
    </w:p>
    <w:p w14:paraId="14ED59B0" w14:textId="44A1E056" w:rsidR="0014723C" w:rsidRDefault="0014723C" w:rsidP="0014723C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I jurymøte den 10.12. vil i tillegg til </w:t>
      </w:r>
      <w:r w:rsidR="003F15A2">
        <w:rPr>
          <w:sz w:val="24"/>
          <w:szCs w:val="24"/>
          <w:lang w:val="nb-NO"/>
        </w:rPr>
        <w:t>meg</w:t>
      </w:r>
      <w:r>
        <w:rPr>
          <w:sz w:val="24"/>
          <w:szCs w:val="24"/>
          <w:lang w:val="nb-NO"/>
        </w:rPr>
        <w:t xml:space="preserve"> også Gerd Vidje fra Norge delta, hun har hatt ansvaret for kommunikasjon/design i prosjektgruppa.</w:t>
      </w:r>
    </w:p>
    <w:p w14:paraId="7D1A03A3" w14:textId="1287DF66" w:rsidR="00BC676D" w:rsidRPr="00BC676D" w:rsidRDefault="00BC676D" w:rsidP="00BC676D">
      <w:pPr>
        <w:pStyle w:val="Listeavsnitt"/>
        <w:numPr>
          <w:ilvl w:val="0"/>
          <w:numId w:val="14"/>
        </w:numPr>
        <w:spacing w:after="160" w:line="259" w:lineRule="auto"/>
        <w:rPr>
          <w:b/>
          <w:bCs/>
          <w:sz w:val="24"/>
          <w:szCs w:val="24"/>
          <w:u w:val="single"/>
          <w:lang w:val="en-IE"/>
        </w:rPr>
      </w:pPr>
      <w:r w:rsidRPr="00BC676D">
        <w:rPr>
          <w:b/>
          <w:bCs/>
          <w:sz w:val="24"/>
          <w:szCs w:val="24"/>
          <w:u w:val="single"/>
          <w:lang w:val="en-IE"/>
        </w:rPr>
        <w:t>Education Commission/RI og UNESCO</w:t>
      </w:r>
    </w:p>
    <w:p w14:paraId="6A0A7FB2" w14:textId="5081C838" w:rsidR="00BC676D" w:rsidRDefault="00BC676D" w:rsidP="00BC676D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Det er med stor tilfredsstillelse at via prosjektet beskrevet i punkt 1) er det etablert et spennende samarbeid med </w:t>
      </w:r>
      <w:proofErr w:type="spellStart"/>
      <w:r>
        <w:rPr>
          <w:sz w:val="24"/>
          <w:szCs w:val="24"/>
          <w:lang w:val="nb-NO"/>
        </w:rPr>
        <w:t>UNESCO’s</w:t>
      </w:r>
      <w:proofErr w:type="spellEnd"/>
      <w:r>
        <w:rPr>
          <w:sz w:val="24"/>
          <w:szCs w:val="24"/>
          <w:lang w:val="nb-NO"/>
        </w:rPr>
        <w:t xml:space="preserve"> hovedkontor i Paris. RI har nå blitt formell </w:t>
      </w:r>
      <w:r>
        <w:rPr>
          <w:sz w:val="24"/>
          <w:szCs w:val="24"/>
          <w:lang w:val="nb-NO"/>
        </w:rPr>
        <w:lastRenderedPageBreak/>
        <w:t xml:space="preserve">samarbeidspartner med UNESCO og samarbeidsavtale er skrevet. Mark </w:t>
      </w:r>
      <w:proofErr w:type="spellStart"/>
      <w:r>
        <w:rPr>
          <w:sz w:val="24"/>
          <w:szCs w:val="24"/>
          <w:lang w:val="nb-NO"/>
        </w:rPr>
        <w:t>Soubiran</w:t>
      </w:r>
      <w:proofErr w:type="spellEnd"/>
      <w:r>
        <w:rPr>
          <w:sz w:val="24"/>
          <w:szCs w:val="24"/>
          <w:lang w:val="nb-NO"/>
        </w:rPr>
        <w:t xml:space="preserve"> fra Frankrike og Tone Mørk vil være </w:t>
      </w:r>
      <w:proofErr w:type="spellStart"/>
      <w:r>
        <w:rPr>
          <w:sz w:val="24"/>
          <w:szCs w:val="24"/>
          <w:lang w:val="nb-NO"/>
        </w:rPr>
        <w:t>RI’s</w:t>
      </w:r>
      <w:proofErr w:type="spellEnd"/>
      <w:r>
        <w:rPr>
          <w:sz w:val="24"/>
          <w:szCs w:val="24"/>
          <w:lang w:val="nb-NO"/>
        </w:rPr>
        <w:t xml:space="preserve"> kontaktpersoner mot UNESCO. Vi blir løpende kontaktet om arrangementer og møter og heldigvis </w:t>
      </w:r>
      <w:r w:rsidR="00001F55">
        <w:rPr>
          <w:sz w:val="24"/>
          <w:szCs w:val="24"/>
          <w:lang w:val="nb-NO"/>
        </w:rPr>
        <w:t>har</w:t>
      </w:r>
      <w:r>
        <w:rPr>
          <w:sz w:val="24"/>
          <w:szCs w:val="24"/>
          <w:lang w:val="nb-NO"/>
        </w:rPr>
        <w:t xml:space="preserve"> Mark </w:t>
      </w:r>
      <w:r w:rsidR="00001F55">
        <w:rPr>
          <w:sz w:val="24"/>
          <w:szCs w:val="24"/>
          <w:lang w:val="nb-NO"/>
        </w:rPr>
        <w:t>(</w:t>
      </w:r>
      <w:r>
        <w:rPr>
          <w:sz w:val="24"/>
          <w:szCs w:val="24"/>
          <w:lang w:val="nb-NO"/>
        </w:rPr>
        <w:t>som holder til i Paris</w:t>
      </w:r>
      <w:r w:rsidR="00001F55">
        <w:rPr>
          <w:sz w:val="24"/>
          <w:szCs w:val="24"/>
          <w:lang w:val="nb-NO"/>
        </w:rPr>
        <w:t>)</w:t>
      </w:r>
      <w:r>
        <w:rPr>
          <w:sz w:val="24"/>
          <w:szCs w:val="24"/>
          <w:lang w:val="nb-NO"/>
        </w:rPr>
        <w:t xml:space="preserve"> </w:t>
      </w:r>
      <w:r w:rsidR="00B9401A">
        <w:rPr>
          <w:sz w:val="24"/>
          <w:szCs w:val="24"/>
          <w:lang w:val="nb-NO"/>
        </w:rPr>
        <w:t xml:space="preserve">anledning til å </w:t>
      </w:r>
      <w:r w:rsidR="00001F55">
        <w:rPr>
          <w:sz w:val="24"/>
          <w:szCs w:val="24"/>
          <w:lang w:val="nb-NO"/>
        </w:rPr>
        <w:t>delta på de</w:t>
      </w:r>
      <w:r>
        <w:rPr>
          <w:sz w:val="24"/>
          <w:szCs w:val="24"/>
          <w:lang w:val="nb-NO"/>
        </w:rPr>
        <w:t xml:space="preserve"> fleste av disse møtene. Vi har hatt flere videomøter med representanter fra organisasjonen og de gir uttrykk for et tydelig ønske om videre samarbeid med RI.</w:t>
      </w:r>
    </w:p>
    <w:p w14:paraId="2FD1B6B1" w14:textId="77777777" w:rsidR="00BC676D" w:rsidRPr="00F22A01" w:rsidRDefault="00BC676D" w:rsidP="00BC676D">
      <w:pPr>
        <w:pStyle w:val="Listeavsnitt"/>
        <w:numPr>
          <w:ilvl w:val="0"/>
          <w:numId w:val="14"/>
        </w:numPr>
        <w:spacing w:after="160" w:line="259" w:lineRule="auto"/>
        <w:rPr>
          <w:b/>
          <w:bCs/>
          <w:sz w:val="24"/>
          <w:szCs w:val="24"/>
          <w:u w:val="single"/>
          <w:lang w:val="nn-NO"/>
        </w:rPr>
      </w:pPr>
      <w:proofErr w:type="spellStart"/>
      <w:r w:rsidRPr="00F22A01">
        <w:rPr>
          <w:b/>
          <w:bCs/>
          <w:sz w:val="24"/>
          <w:szCs w:val="24"/>
          <w:u w:val="single"/>
          <w:lang w:val="nn-NO"/>
        </w:rPr>
        <w:t>Cosp</w:t>
      </w:r>
      <w:proofErr w:type="spellEnd"/>
      <w:r w:rsidRPr="00F22A01">
        <w:rPr>
          <w:b/>
          <w:bCs/>
          <w:sz w:val="24"/>
          <w:szCs w:val="24"/>
          <w:u w:val="single"/>
          <w:lang w:val="nn-NO"/>
        </w:rPr>
        <w:t xml:space="preserve"> møte i NY 9-11. juni 2026</w:t>
      </w:r>
    </w:p>
    <w:p w14:paraId="1B5A74C7" w14:textId="544B29BB" w:rsidR="00BC676D" w:rsidRDefault="00BC676D" w:rsidP="00BC676D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Arbeidet med å arrangere et side </w:t>
      </w:r>
      <w:proofErr w:type="spellStart"/>
      <w:r>
        <w:rPr>
          <w:sz w:val="24"/>
          <w:szCs w:val="24"/>
          <w:lang w:val="nb-NO"/>
        </w:rPr>
        <w:t>event</w:t>
      </w:r>
      <w:proofErr w:type="spellEnd"/>
      <w:r>
        <w:rPr>
          <w:sz w:val="24"/>
          <w:szCs w:val="24"/>
          <w:lang w:val="nb-NO"/>
        </w:rPr>
        <w:t xml:space="preserve"> til COSP møtet er startet. Det er gjennomført et planleggingsmøte med president Gutenbrunner og Mark </w:t>
      </w:r>
      <w:proofErr w:type="spellStart"/>
      <w:r>
        <w:rPr>
          <w:sz w:val="24"/>
          <w:szCs w:val="24"/>
          <w:lang w:val="nb-NO"/>
        </w:rPr>
        <w:t>Soubiran</w:t>
      </w:r>
      <w:proofErr w:type="spellEnd"/>
      <w:r>
        <w:rPr>
          <w:sz w:val="24"/>
          <w:szCs w:val="24"/>
          <w:lang w:val="nb-NO"/>
        </w:rPr>
        <w:t xml:space="preserve">. Målet er å få etablert et samarbeid med UNESCO om arrangementet og Mark vil følge opp dette på grunnlag av et konseptnotat </w:t>
      </w:r>
      <w:r w:rsidR="00001F55">
        <w:rPr>
          <w:sz w:val="24"/>
          <w:szCs w:val="24"/>
          <w:lang w:val="nb-NO"/>
        </w:rPr>
        <w:t>utarbeidet av Tone</w:t>
      </w:r>
      <w:r>
        <w:rPr>
          <w:sz w:val="24"/>
          <w:szCs w:val="24"/>
          <w:lang w:val="nb-NO"/>
        </w:rPr>
        <w:t>.</w:t>
      </w:r>
    </w:p>
    <w:p w14:paraId="783EACEA" w14:textId="77777777" w:rsidR="00BC676D" w:rsidRDefault="00BC676D" w:rsidP="00BC676D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Det fremkommer videre av møteplan for RI at det planlegges et EC møte den 12.6. i NY i tilknytning til COSP møtet.</w:t>
      </w:r>
    </w:p>
    <w:p w14:paraId="1CE6A8F6" w14:textId="77777777" w:rsidR="00BC676D" w:rsidRDefault="00BC676D" w:rsidP="00BC676D">
      <w:pPr>
        <w:pStyle w:val="Listeavsnitt"/>
        <w:numPr>
          <w:ilvl w:val="0"/>
          <w:numId w:val="14"/>
        </w:numPr>
        <w:spacing w:after="160" w:line="259" w:lineRule="auto"/>
        <w:rPr>
          <w:b/>
          <w:bCs/>
          <w:sz w:val="24"/>
          <w:szCs w:val="24"/>
          <w:u w:val="single"/>
          <w:lang w:val="nb-NO"/>
        </w:rPr>
      </w:pPr>
      <w:r>
        <w:rPr>
          <w:b/>
          <w:bCs/>
          <w:sz w:val="24"/>
          <w:szCs w:val="24"/>
          <w:u w:val="single"/>
          <w:lang w:val="nb-NO"/>
        </w:rPr>
        <w:t>GA møte 17.12.25</w:t>
      </w:r>
    </w:p>
    <w:p w14:paraId="57EC9CF6" w14:textId="68EE2736" w:rsidR="00BC676D" w:rsidRDefault="00BC676D" w:rsidP="00BC676D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Det er planlagt et GA møte den 17.12.25. </w:t>
      </w:r>
      <w:r w:rsidR="00001F55">
        <w:rPr>
          <w:sz w:val="24"/>
          <w:szCs w:val="24"/>
          <w:lang w:val="nb-NO"/>
        </w:rPr>
        <w:t xml:space="preserve">Tone </w:t>
      </w:r>
      <w:r>
        <w:rPr>
          <w:sz w:val="24"/>
          <w:szCs w:val="24"/>
          <w:lang w:val="nb-NO"/>
        </w:rPr>
        <w:t xml:space="preserve">er bedt om å holde et innlegg om prosjektet «A </w:t>
      </w:r>
      <w:proofErr w:type="gramStart"/>
      <w:r>
        <w:rPr>
          <w:sz w:val="24"/>
          <w:szCs w:val="24"/>
          <w:lang w:val="nb-NO"/>
        </w:rPr>
        <w:t>global symbol</w:t>
      </w:r>
      <w:proofErr w:type="gramEnd"/>
      <w:r>
        <w:rPr>
          <w:sz w:val="24"/>
          <w:szCs w:val="24"/>
          <w:lang w:val="nb-NO"/>
        </w:rPr>
        <w:t>» på dette møtet.</w:t>
      </w:r>
    </w:p>
    <w:p w14:paraId="0EE3DB4D" w14:textId="69A143A3" w:rsidR="0014723C" w:rsidRPr="00F96941" w:rsidRDefault="0014723C" w:rsidP="00F96941">
      <w:pPr>
        <w:rPr>
          <w:sz w:val="24"/>
          <w:szCs w:val="24"/>
          <w:lang w:val="nb-NO"/>
        </w:rPr>
      </w:pPr>
    </w:p>
    <w:p w14:paraId="6911FE42" w14:textId="33CD91BF" w:rsidR="003C4B37" w:rsidRDefault="003C4B37" w:rsidP="00491EF0">
      <w:pPr>
        <w:rPr>
          <w:b/>
          <w:bCs/>
          <w:sz w:val="28"/>
          <w:szCs w:val="28"/>
          <w:lang w:val="nb-NO"/>
        </w:rPr>
      </w:pPr>
      <w:r w:rsidRPr="00491EF0">
        <w:rPr>
          <w:b/>
          <w:bCs/>
          <w:sz w:val="28"/>
          <w:szCs w:val="28"/>
          <w:lang w:val="nb-NO"/>
        </w:rPr>
        <w:t xml:space="preserve">Sak </w:t>
      </w:r>
      <w:r w:rsidR="00141A90" w:rsidRPr="00491EF0">
        <w:rPr>
          <w:b/>
          <w:bCs/>
          <w:sz w:val="28"/>
          <w:szCs w:val="28"/>
          <w:lang w:val="nb-NO"/>
        </w:rPr>
        <w:t>6</w:t>
      </w:r>
      <w:r w:rsidR="00CB2A05" w:rsidRPr="00491EF0">
        <w:rPr>
          <w:b/>
          <w:bCs/>
          <w:sz w:val="28"/>
          <w:szCs w:val="28"/>
          <w:lang w:val="nb-NO"/>
        </w:rPr>
        <w:t>4</w:t>
      </w:r>
      <w:r w:rsidRPr="00491EF0">
        <w:rPr>
          <w:b/>
          <w:bCs/>
          <w:sz w:val="28"/>
          <w:szCs w:val="28"/>
          <w:lang w:val="nb-NO"/>
        </w:rPr>
        <w:t xml:space="preserve">/2025 </w:t>
      </w:r>
      <w:r w:rsidR="008366D8" w:rsidRPr="00491EF0">
        <w:rPr>
          <w:b/>
          <w:bCs/>
          <w:sz w:val="28"/>
          <w:szCs w:val="28"/>
          <w:lang w:val="nb-NO"/>
        </w:rPr>
        <w:t>–</w:t>
      </w:r>
      <w:r w:rsidRPr="00491EF0">
        <w:rPr>
          <w:b/>
          <w:bCs/>
          <w:sz w:val="28"/>
          <w:szCs w:val="28"/>
          <w:lang w:val="nb-NO"/>
        </w:rPr>
        <w:t xml:space="preserve"> Info</w:t>
      </w:r>
      <w:r w:rsidR="008366D8" w:rsidRPr="00491EF0">
        <w:rPr>
          <w:b/>
          <w:bCs/>
          <w:sz w:val="28"/>
          <w:szCs w:val="28"/>
          <w:lang w:val="nb-NO"/>
        </w:rPr>
        <w:t>-</w:t>
      </w:r>
      <w:r w:rsidRPr="00491EF0">
        <w:rPr>
          <w:b/>
          <w:bCs/>
          <w:sz w:val="28"/>
          <w:szCs w:val="28"/>
          <w:lang w:val="nb-NO"/>
        </w:rPr>
        <w:t>runde</w:t>
      </w:r>
      <w:r w:rsidR="008366D8" w:rsidRPr="00491EF0">
        <w:rPr>
          <w:b/>
          <w:bCs/>
          <w:sz w:val="28"/>
          <w:szCs w:val="28"/>
          <w:lang w:val="nb-NO"/>
        </w:rPr>
        <w:t xml:space="preserve"> fra egn</w:t>
      </w:r>
      <w:r w:rsidR="00CB2A05" w:rsidRPr="00491EF0">
        <w:rPr>
          <w:b/>
          <w:bCs/>
          <w:sz w:val="28"/>
          <w:szCs w:val="28"/>
          <w:lang w:val="nb-NO"/>
        </w:rPr>
        <w:t>e</w:t>
      </w:r>
      <w:r w:rsidR="008366D8" w:rsidRPr="00491EF0">
        <w:rPr>
          <w:b/>
          <w:bCs/>
          <w:sz w:val="28"/>
          <w:szCs w:val="28"/>
          <w:lang w:val="nb-NO"/>
        </w:rPr>
        <w:t xml:space="preserve"> organisasjon</w:t>
      </w:r>
      <w:r w:rsidR="00CB2A05" w:rsidRPr="00491EF0">
        <w:rPr>
          <w:b/>
          <w:bCs/>
          <w:sz w:val="28"/>
          <w:szCs w:val="28"/>
          <w:lang w:val="nb-NO"/>
        </w:rPr>
        <w:t>er</w:t>
      </w:r>
    </w:p>
    <w:p w14:paraId="4265289D" w14:textId="77777777" w:rsidR="00D526F2" w:rsidRPr="00E44502" w:rsidRDefault="00D526F2" w:rsidP="00D526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E44502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Karl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Haakon</w:t>
      </w:r>
      <w:r w:rsidRPr="00E44502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 (SOR):</w:t>
      </w:r>
    </w:p>
    <w:p w14:paraId="74323F09" w14:textId="7BD94983" w:rsidR="00491EF0" w:rsidRPr="00B30CEF" w:rsidRDefault="00D526F2" w:rsidP="00491EF0">
      <w:pPr>
        <w:rPr>
          <w:sz w:val="24"/>
          <w:szCs w:val="24"/>
          <w:lang w:val="nb-NO"/>
        </w:rPr>
      </w:pPr>
      <w:r w:rsidRPr="00B30CEF">
        <w:rPr>
          <w:sz w:val="24"/>
          <w:szCs w:val="24"/>
          <w:lang w:val="nb-NO"/>
        </w:rPr>
        <w:t xml:space="preserve">Informerte om </w:t>
      </w:r>
      <w:r w:rsidR="001C5504" w:rsidRPr="00B30CEF">
        <w:rPr>
          <w:sz w:val="24"/>
          <w:szCs w:val="24"/>
          <w:lang w:val="nb-NO"/>
        </w:rPr>
        <w:t>arrangement</w:t>
      </w:r>
      <w:r w:rsidRPr="00B30CEF">
        <w:rPr>
          <w:sz w:val="24"/>
          <w:szCs w:val="24"/>
          <w:lang w:val="nb-NO"/>
        </w:rPr>
        <w:t xml:space="preserve"> 9 desember </w:t>
      </w:r>
      <w:r w:rsidR="00AA3920" w:rsidRPr="00B30CEF">
        <w:rPr>
          <w:sz w:val="24"/>
          <w:szCs w:val="24"/>
          <w:lang w:val="nb-NO"/>
        </w:rPr>
        <w:t>i forbindelse med at CRPD blir behandlet i Stortinget. Det vil være flere arrangementer i Oslo denne dagen.</w:t>
      </w:r>
    </w:p>
    <w:p w14:paraId="6487A762" w14:textId="27A7E6DA" w:rsidR="00AA3920" w:rsidRDefault="0003026C" w:rsidP="00491EF0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Han informerte også om en større konferanse på Gardermoen 15 mars 2026 med tema funksjonshemmede og kriminalomsorgen </w:t>
      </w:r>
    </w:p>
    <w:p w14:paraId="7276FEE7" w14:textId="77777777" w:rsidR="007C11D3" w:rsidRPr="00E44502" w:rsidRDefault="007C11D3" w:rsidP="007C11D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E44502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Mari (NTNU/SINTEF):</w:t>
      </w:r>
    </w:p>
    <w:p w14:paraId="4EA1DA0A" w14:textId="4059F927" w:rsidR="0003026C" w:rsidRPr="00B30CEF" w:rsidRDefault="0056385F" w:rsidP="00491EF0">
      <w:pPr>
        <w:rPr>
          <w:sz w:val="24"/>
          <w:szCs w:val="24"/>
        </w:rPr>
      </w:pPr>
      <w:r>
        <w:rPr>
          <w:sz w:val="24"/>
          <w:szCs w:val="24"/>
          <w:lang w:val="nb-NO"/>
        </w:rPr>
        <w:t>Det er hektiske dager og innspurten på flere prosjekter</w:t>
      </w:r>
      <w:r w:rsidR="000F116F">
        <w:rPr>
          <w:sz w:val="24"/>
          <w:szCs w:val="24"/>
          <w:lang w:val="nb-NO"/>
        </w:rPr>
        <w:t xml:space="preserve">. </w:t>
      </w:r>
      <w:r w:rsidR="000F116F" w:rsidRPr="00725CF2">
        <w:rPr>
          <w:sz w:val="24"/>
          <w:szCs w:val="24"/>
          <w:lang w:val="en-IE"/>
        </w:rPr>
        <w:t xml:space="preserve">Viser </w:t>
      </w:r>
      <w:proofErr w:type="spellStart"/>
      <w:r w:rsidR="000F116F" w:rsidRPr="00725CF2">
        <w:rPr>
          <w:sz w:val="24"/>
          <w:szCs w:val="24"/>
          <w:lang w:val="en-IE"/>
        </w:rPr>
        <w:t>til</w:t>
      </w:r>
      <w:proofErr w:type="spellEnd"/>
      <w:r w:rsidR="000F116F" w:rsidRPr="00725CF2">
        <w:rPr>
          <w:sz w:val="24"/>
          <w:szCs w:val="24"/>
          <w:lang w:val="en-IE"/>
        </w:rPr>
        <w:t xml:space="preserve"> </w:t>
      </w:r>
      <w:proofErr w:type="spellStart"/>
      <w:r w:rsidR="00725CF2" w:rsidRPr="00725CF2">
        <w:rPr>
          <w:sz w:val="24"/>
          <w:szCs w:val="24"/>
          <w:lang w:val="en-IE"/>
        </w:rPr>
        <w:t>siste</w:t>
      </w:r>
      <w:proofErr w:type="spellEnd"/>
      <w:r w:rsidR="00725CF2" w:rsidRPr="00725CF2">
        <w:rPr>
          <w:sz w:val="24"/>
          <w:szCs w:val="24"/>
          <w:lang w:val="en-IE"/>
        </w:rPr>
        <w:t xml:space="preserve"> </w:t>
      </w:r>
      <w:proofErr w:type="spellStart"/>
      <w:r w:rsidR="00725CF2" w:rsidRPr="00725CF2">
        <w:rPr>
          <w:sz w:val="24"/>
          <w:szCs w:val="24"/>
          <w:lang w:val="en-IE"/>
        </w:rPr>
        <w:t>publiserte</w:t>
      </w:r>
      <w:proofErr w:type="spellEnd"/>
      <w:r w:rsidR="00725CF2" w:rsidRPr="00725CF2">
        <w:rPr>
          <w:sz w:val="24"/>
          <w:szCs w:val="24"/>
          <w:lang w:val="en-IE"/>
        </w:rPr>
        <w:t xml:space="preserve"> </w:t>
      </w:r>
      <w:proofErr w:type="spellStart"/>
      <w:r w:rsidR="00725CF2" w:rsidRPr="00725CF2">
        <w:rPr>
          <w:sz w:val="24"/>
          <w:szCs w:val="24"/>
          <w:lang w:val="en-IE"/>
        </w:rPr>
        <w:t>artikkel</w:t>
      </w:r>
      <w:proofErr w:type="spellEnd"/>
      <w:r w:rsidR="00725CF2" w:rsidRPr="00725CF2">
        <w:rPr>
          <w:sz w:val="24"/>
          <w:szCs w:val="24"/>
          <w:lang w:val="en-IE"/>
        </w:rPr>
        <w:t xml:space="preserve"> </w:t>
      </w:r>
      <w:hyperlink r:id="rId8" w:history="1">
        <w:r w:rsidR="00725CF2" w:rsidRPr="00725CF2">
          <w:rPr>
            <w:rStyle w:val="Hyperkobling"/>
            <w:sz w:val="24"/>
            <w:szCs w:val="24"/>
          </w:rPr>
          <w:t>Young adults not in education, employment, or training (NEET): a global scoping review | BMC Public Health</w:t>
        </w:r>
      </w:hyperlink>
    </w:p>
    <w:p w14:paraId="14106822" w14:textId="77777777" w:rsidR="008B29CA" w:rsidRDefault="008B29CA" w:rsidP="008B29CA">
      <w:pPr>
        <w:pStyle w:val="Listeavsnitt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Hilde (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Blindeforbundet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):</w:t>
      </w:r>
    </w:p>
    <w:p w14:paraId="7507F990" w14:textId="7DA4D141" w:rsidR="008B29CA" w:rsidRDefault="008B29CA" w:rsidP="008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 w:rsidRPr="008B29CA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Det er sendt søknad o</w:t>
      </w: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m </w:t>
      </w:r>
      <w:r w:rsidR="00CA7EF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støtte fra Nav til å gjennomføre tilpasningskurs</w:t>
      </w:r>
      <w:r w:rsidR="006F268B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.</w:t>
      </w:r>
    </w:p>
    <w:p w14:paraId="51AD6E19" w14:textId="7EE9E409" w:rsidR="00CA7EFF" w:rsidRDefault="00D876C1" w:rsidP="008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lastRenderedPageBreak/>
        <w:t xml:space="preserve">De </w:t>
      </w:r>
      <w:r w:rsidR="00CA7EF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ha</w:t>
      </w: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r hatt besøk av Kronprinsen og ny arbeids</w:t>
      </w:r>
      <w:r w:rsidR="004925CB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og </w:t>
      </w:r>
      <w:r w:rsidR="004925CB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inkluderings</w:t>
      </w: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minister på Hurdalssenteret</w:t>
      </w:r>
    </w:p>
    <w:p w14:paraId="36BF9444" w14:textId="15C60F25" w:rsidR="001A2CB8" w:rsidRPr="008B29CA" w:rsidRDefault="001A2CB8" w:rsidP="008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Forbundsleder Terje André Olsen er blitt ny leder av FFO</w:t>
      </w:r>
    </w:p>
    <w:p w14:paraId="3DB328DE" w14:textId="45A28D9B" w:rsidR="003A42ED" w:rsidRDefault="000546BE" w:rsidP="000546BE">
      <w:pPr>
        <w:pStyle w:val="Listeavsnitt"/>
        <w:numPr>
          <w:ilvl w:val="0"/>
          <w:numId w:val="11"/>
        </w:numPr>
        <w:rPr>
          <w:b/>
          <w:bCs/>
          <w:sz w:val="24"/>
          <w:szCs w:val="24"/>
          <w:lang w:val="nb-NO"/>
        </w:rPr>
      </w:pPr>
      <w:r w:rsidRPr="002B4A21">
        <w:rPr>
          <w:b/>
          <w:bCs/>
          <w:sz w:val="24"/>
          <w:szCs w:val="24"/>
          <w:lang w:val="nb-NO"/>
        </w:rPr>
        <w:t>Torbjørn</w:t>
      </w:r>
      <w:r w:rsidR="002B4A21" w:rsidRPr="002B4A21">
        <w:rPr>
          <w:b/>
          <w:bCs/>
          <w:sz w:val="24"/>
          <w:szCs w:val="24"/>
          <w:lang w:val="nb-NO"/>
        </w:rPr>
        <w:t xml:space="preserve"> (NHO </w:t>
      </w:r>
      <w:proofErr w:type="spellStart"/>
      <w:r w:rsidR="002B4A21" w:rsidRPr="002B4A21">
        <w:rPr>
          <w:b/>
          <w:bCs/>
          <w:sz w:val="24"/>
          <w:szCs w:val="24"/>
          <w:lang w:val="nb-NO"/>
        </w:rPr>
        <w:t>Geneo</w:t>
      </w:r>
      <w:proofErr w:type="spellEnd"/>
      <w:r w:rsidR="002B4A21" w:rsidRPr="002B4A21">
        <w:rPr>
          <w:b/>
          <w:bCs/>
          <w:sz w:val="24"/>
          <w:szCs w:val="24"/>
          <w:lang w:val="nb-NO"/>
        </w:rPr>
        <w:t>)</w:t>
      </w:r>
    </w:p>
    <w:p w14:paraId="170080F5" w14:textId="7EEF16AF" w:rsidR="002B4A21" w:rsidRDefault="009909C5" w:rsidP="002B4A21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Jobber med å komme i kontakt med utvalget som skal se nærmere på BPA ordningen</w:t>
      </w:r>
      <w:r w:rsidR="006F268B">
        <w:rPr>
          <w:sz w:val="24"/>
          <w:szCs w:val="24"/>
          <w:lang w:val="nb-NO"/>
        </w:rPr>
        <w:t>.</w:t>
      </w:r>
    </w:p>
    <w:p w14:paraId="3BF112FA" w14:textId="182CA8C3" w:rsidR="009909C5" w:rsidRDefault="00C51C74" w:rsidP="002B4A21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Innlegg i dagens perspektiv 4.12 </w:t>
      </w:r>
      <w:hyperlink r:id="rId9" w:history="1">
        <w:r w:rsidRPr="00C51C74">
          <w:rPr>
            <w:rStyle w:val="Hyperkobling"/>
            <w:sz w:val="24"/>
            <w:szCs w:val="24"/>
            <w:lang w:val="nb-NO"/>
          </w:rPr>
          <w:t xml:space="preserve">Torbjørn Furulund. </w:t>
        </w:r>
        <w:proofErr w:type="spellStart"/>
        <w:r w:rsidRPr="00C51C74">
          <w:rPr>
            <w:rStyle w:val="Hyperkobling"/>
            <w:sz w:val="24"/>
            <w:szCs w:val="24"/>
          </w:rPr>
          <w:t>Hvordan</w:t>
        </w:r>
        <w:proofErr w:type="spellEnd"/>
        <w:r w:rsidRPr="00C51C74">
          <w:rPr>
            <w:rStyle w:val="Hyperkobling"/>
            <w:sz w:val="24"/>
            <w:szCs w:val="24"/>
          </w:rPr>
          <w:t xml:space="preserve"> </w:t>
        </w:r>
        <w:proofErr w:type="spellStart"/>
        <w:r w:rsidRPr="00C51C74">
          <w:rPr>
            <w:rStyle w:val="Hyperkobling"/>
            <w:sz w:val="24"/>
            <w:szCs w:val="24"/>
          </w:rPr>
          <w:t>sikre</w:t>
        </w:r>
        <w:proofErr w:type="spellEnd"/>
        <w:r w:rsidRPr="00C51C74">
          <w:rPr>
            <w:rStyle w:val="Hyperkobling"/>
            <w:sz w:val="24"/>
            <w:szCs w:val="24"/>
          </w:rPr>
          <w:t xml:space="preserve"> et </w:t>
        </w:r>
        <w:proofErr w:type="spellStart"/>
        <w:r w:rsidRPr="00C51C74">
          <w:rPr>
            <w:rStyle w:val="Hyperkobling"/>
            <w:sz w:val="24"/>
            <w:szCs w:val="24"/>
          </w:rPr>
          <w:t>bærekraftig</w:t>
        </w:r>
        <w:proofErr w:type="spellEnd"/>
        <w:r w:rsidRPr="00C51C74">
          <w:rPr>
            <w:rStyle w:val="Hyperkobling"/>
            <w:sz w:val="24"/>
            <w:szCs w:val="24"/>
          </w:rPr>
          <w:t xml:space="preserve"> </w:t>
        </w:r>
        <w:proofErr w:type="spellStart"/>
        <w:r w:rsidRPr="00C51C74">
          <w:rPr>
            <w:rStyle w:val="Hyperkobling"/>
            <w:sz w:val="24"/>
            <w:szCs w:val="24"/>
          </w:rPr>
          <w:t>rehabiliteringstilbud</w:t>
        </w:r>
        <w:proofErr w:type="spellEnd"/>
        <w:r w:rsidRPr="00C51C74">
          <w:rPr>
            <w:rStyle w:val="Hyperkobling"/>
            <w:sz w:val="24"/>
            <w:szCs w:val="24"/>
          </w:rPr>
          <w:t xml:space="preserve"> i Norge</w:t>
        </w:r>
      </w:hyperlink>
    </w:p>
    <w:p w14:paraId="33CFE3FE" w14:textId="6F98E6B1" w:rsidR="00AB42E6" w:rsidRPr="00E44502" w:rsidRDefault="00AB42E6" w:rsidP="00AB42E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E44502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Siri (</w:t>
      </w:r>
      <w:proofErr w:type="spellStart"/>
      <w:r w:rsidR="00D508BD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Rehabiliteringssenteret</w:t>
      </w:r>
      <w:proofErr w:type="spellEnd"/>
      <w:r w:rsidR="00D508BD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 Air</w:t>
      </w:r>
      <w:r w:rsidRPr="00E44502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)</w:t>
      </w:r>
      <w:r w:rsidRPr="00E44502">
        <w:rPr>
          <w:rFonts w:ascii="Times New Roman" w:eastAsia="Times New Roman" w:hAnsi="Times New Roman" w:cs="Times New Roman"/>
          <w:sz w:val="24"/>
          <w:szCs w:val="24"/>
          <w:lang w:eastAsia="nb-NO"/>
        </w:rPr>
        <w:t>:</w:t>
      </w:r>
    </w:p>
    <w:p w14:paraId="7D89F502" w14:textId="6B291F5E" w:rsidR="006B3C8E" w:rsidRPr="002C0359" w:rsidRDefault="002C0359" w:rsidP="002B4A21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På AiR er vi glade for at vi har fått landet en avtale med Helse Sørøst for de neste 4 årene. På grunn av at noen har levert inn klager har ikke Helse Sørøst signert avtale med leverandørene enda</w:t>
      </w:r>
      <w:r w:rsidR="006B3C8E">
        <w:rPr>
          <w:sz w:val="24"/>
          <w:szCs w:val="24"/>
          <w:lang w:val="nb-NO"/>
        </w:rPr>
        <w:t>. Vi håper ikke dette trekker ut i tid. Vi forbereder oss nå på å levere rehabilitering innenfor nye rammebetingelser fra 01.07.26.</w:t>
      </w:r>
    </w:p>
    <w:p w14:paraId="4EEB1FA3" w14:textId="1BA78CCC" w:rsidR="00AB42E6" w:rsidRDefault="003A42ED" w:rsidP="00AB42E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E44502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Helene (NAV):</w:t>
      </w:r>
    </w:p>
    <w:p w14:paraId="7D85BE00" w14:textId="1568113A" w:rsidR="00CC3661" w:rsidRPr="00B30CEF" w:rsidRDefault="00AB42E6" w:rsidP="00AB4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 w:rsidRPr="00B30CE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LDO har </w:t>
      </w:r>
      <w:r w:rsidR="00E212F1" w:rsidRPr="00B30CE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lansert </w:t>
      </w:r>
      <w:hyperlink r:id="rId10" w:history="1">
        <w:r w:rsidRPr="00B30CEF">
          <w:rPr>
            <w:rStyle w:val="Hyperkobling"/>
            <w:rFonts w:ascii="Times New Roman" w:eastAsia="Times New Roman" w:hAnsi="Times New Roman" w:cs="Times New Roman"/>
            <w:sz w:val="24"/>
            <w:szCs w:val="24"/>
            <w:lang w:val="nb-NO" w:eastAsia="nb-NO"/>
          </w:rPr>
          <w:t>verktøykasse for inkludering</w:t>
        </w:r>
      </w:hyperlink>
      <w:r w:rsidR="00E212F1" w:rsidRPr="00B30CE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– og 3 desember ble Nav brukt til å promotere denne med innlegg fra LDO v/ </w:t>
      </w:r>
      <w:r w:rsidR="009A57D6" w:rsidRPr="00B30CE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Stine Dybvig</w:t>
      </w:r>
      <w:r w:rsidR="00CC3661" w:rsidRPr="00B30CE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.</w:t>
      </w:r>
    </w:p>
    <w:p w14:paraId="44F672A9" w14:textId="231AB120" w:rsidR="00AB42E6" w:rsidRDefault="00CC3661" w:rsidP="00AB4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Nav hjelpemidler og tilrettelegging har laget 5 videosnutter som hva arbeidsgiver kan gjøre av kloke grep for å tilrettelegge for arbeidstakere med kognitive funksjonsvansker, lese- og skrivevansker, fysiske begrensninger, syns vansker og hørselsvansker. Disse blir gjort tilgjengelig på Kunnskapsbanken.net til nyåret.</w:t>
      </w:r>
      <w:r w:rsidR="00AB42E6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</w:t>
      </w:r>
    </w:p>
    <w:p w14:paraId="7223CC77" w14:textId="77777777" w:rsidR="006B3C8E" w:rsidRDefault="006B3C8E" w:rsidP="00AB4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</w:p>
    <w:p w14:paraId="56373351" w14:textId="306192A3" w:rsidR="00CC3661" w:rsidRDefault="00CC3661" w:rsidP="00AB4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nb-NO" w:eastAsia="nb-NO"/>
        </w:rPr>
      </w:pPr>
      <w:r w:rsidRPr="000E4B80">
        <w:rPr>
          <w:rFonts w:ascii="Times New Roman" w:eastAsia="Times New Roman" w:hAnsi="Times New Roman" w:cs="Times New Roman"/>
          <w:b/>
          <w:bCs/>
          <w:sz w:val="28"/>
          <w:szCs w:val="28"/>
          <w:lang w:val="nb-NO" w:eastAsia="nb-NO"/>
        </w:rPr>
        <w:t xml:space="preserve">Sak </w:t>
      </w:r>
      <w:r w:rsidR="000E4B80" w:rsidRPr="000E4B80">
        <w:rPr>
          <w:rFonts w:ascii="Times New Roman" w:eastAsia="Times New Roman" w:hAnsi="Times New Roman" w:cs="Times New Roman"/>
          <w:b/>
          <w:bCs/>
          <w:sz w:val="28"/>
          <w:szCs w:val="28"/>
          <w:lang w:val="nb-NO" w:eastAsia="nb-NO"/>
        </w:rPr>
        <w:t xml:space="preserve">65/2025 – Eventuelt </w:t>
      </w:r>
    </w:p>
    <w:p w14:paraId="188C8F94" w14:textId="41E63C38" w:rsidR="000E4B80" w:rsidRDefault="000E4B80" w:rsidP="00AB4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Første styremøte i 2026</w:t>
      </w:r>
      <w:r w:rsidR="00BF64F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ble avtalt 22.1.</w:t>
      </w:r>
      <w:r w:rsidR="000D7C2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26 </w:t>
      </w:r>
      <w:proofErr w:type="spellStart"/>
      <w:r w:rsidR="000D7C2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>kl</w:t>
      </w:r>
      <w:proofErr w:type="spellEnd"/>
      <w:r w:rsidR="000D7C2F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15.30</w:t>
      </w:r>
    </w:p>
    <w:p w14:paraId="14E8408F" w14:textId="3A6FCD0D" w:rsidR="000D7C2F" w:rsidRPr="00F96028" w:rsidRDefault="000D7C2F" w:rsidP="00F96028">
      <w:pPr>
        <w:pStyle w:val="Listeavsnitt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 w:rsidRPr="00F9602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Forslag til møteplan for hele 2026 </w:t>
      </w:r>
      <w:r w:rsidR="00643A82" w:rsidRPr="00F96028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legges fram den 22 januar </w:t>
      </w:r>
    </w:p>
    <w:p w14:paraId="180D8363" w14:textId="77777777" w:rsidR="00CC3661" w:rsidRDefault="00CC3661" w:rsidP="009D3134">
      <w:pPr>
        <w:pStyle w:val="Ingenmellomrom"/>
        <w:rPr>
          <w:rStyle w:val="Overskrift1Tegn"/>
          <w:lang w:val="nb-NO"/>
        </w:rPr>
      </w:pPr>
    </w:p>
    <w:sectPr w:rsidR="00CC366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6142EBD"/>
    <w:multiLevelType w:val="hybridMultilevel"/>
    <w:tmpl w:val="5680E8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1B467D"/>
    <w:multiLevelType w:val="hybridMultilevel"/>
    <w:tmpl w:val="EEBA0E6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84557B"/>
    <w:multiLevelType w:val="hybridMultilevel"/>
    <w:tmpl w:val="5680E85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0A6F8F"/>
    <w:multiLevelType w:val="hybridMultilevel"/>
    <w:tmpl w:val="86CE16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057241"/>
    <w:multiLevelType w:val="hybridMultilevel"/>
    <w:tmpl w:val="E8EADB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C0302E"/>
    <w:multiLevelType w:val="hybridMultilevel"/>
    <w:tmpl w:val="A47A73D2"/>
    <w:lvl w:ilvl="0" w:tplc="E4E49B0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9C73DC"/>
    <w:multiLevelType w:val="multilevel"/>
    <w:tmpl w:val="3AEA8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1750184">
    <w:abstractNumId w:val="8"/>
  </w:num>
  <w:num w:numId="2" w16cid:durableId="1999841645">
    <w:abstractNumId w:val="6"/>
  </w:num>
  <w:num w:numId="3" w16cid:durableId="2031104592">
    <w:abstractNumId w:val="5"/>
  </w:num>
  <w:num w:numId="4" w16cid:durableId="1042707312">
    <w:abstractNumId w:val="4"/>
  </w:num>
  <w:num w:numId="5" w16cid:durableId="1587881594">
    <w:abstractNumId w:val="7"/>
  </w:num>
  <w:num w:numId="6" w16cid:durableId="2038459359">
    <w:abstractNumId w:val="3"/>
  </w:num>
  <w:num w:numId="7" w16cid:durableId="2009669653">
    <w:abstractNumId w:val="2"/>
  </w:num>
  <w:num w:numId="8" w16cid:durableId="2134208300">
    <w:abstractNumId w:val="1"/>
  </w:num>
  <w:num w:numId="9" w16cid:durableId="1363483200">
    <w:abstractNumId w:val="0"/>
  </w:num>
  <w:num w:numId="10" w16cid:durableId="196091481">
    <w:abstractNumId w:val="14"/>
  </w:num>
  <w:num w:numId="11" w16cid:durableId="928343064">
    <w:abstractNumId w:val="12"/>
  </w:num>
  <w:num w:numId="12" w16cid:durableId="263460167">
    <w:abstractNumId w:val="10"/>
  </w:num>
  <w:num w:numId="13" w16cid:durableId="600069594">
    <w:abstractNumId w:val="13"/>
  </w:num>
  <w:num w:numId="14" w16cid:durableId="1289429568">
    <w:abstractNumId w:val="11"/>
  </w:num>
  <w:num w:numId="15" w16cid:durableId="1402480092">
    <w:abstractNumId w:val="9"/>
  </w:num>
  <w:num w:numId="16" w16cid:durableId="45514869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F55"/>
    <w:rsid w:val="00002D25"/>
    <w:rsid w:val="000257B4"/>
    <w:rsid w:val="0003026C"/>
    <w:rsid w:val="00034616"/>
    <w:rsid w:val="00036CA8"/>
    <w:rsid w:val="00041853"/>
    <w:rsid w:val="000546BE"/>
    <w:rsid w:val="00056E93"/>
    <w:rsid w:val="0006063C"/>
    <w:rsid w:val="00067C79"/>
    <w:rsid w:val="000706C5"/>
    <w:rsid w:val="0008496F"/>
    <w:rsid w:val="00087B15"/>
    <w:rsid w:val="00093C48"/>
    <w:rsid w:val="00094A02"/>
    <w:rsid w:val="000D2A0C"/>
    <w:rsid w:val="000D667C"/>
    <w:rsid w:val="000D7C2F"/>
    <w:rsid w:val="000E3506"/>
    <w:rsid w:val="000E4B80"/>
    <w:rsid w:val="000F116F"/>
    <w:rsid w:val="00106237"/>
    <w:rsid w:val="00124247"/>
    <w:rsid w:val="00131AEF"/>
    <w:rsid w:val="001369EF"/>
    <w:rsid w:val="00141A90"/>
    <w:rsid w:val="00141D29"/>
    <w:rsid w:val="00146363"/>
    <w:rsid w:val="0014723C"/>
    <w:rsid w:val="0015074B"/>
    <w:rsid w:val="001536AC"/>
    <w:rsid w:val="00180A23"/>
    <w:rsid w:val="001A2CB8"/>
    <w:rsid w:val="001B0E23"/>
    <w:rsid w:val="001B2F5F"/>
    <w:rsid w:val="001C316B"/>
    <w:rsid w:val="001C5504"/>
    <w:rsid w:val="001C6358"/>
    <w:rsid w:val="001C6B8B"/>
    <w:rsid w:val="001D1054"/>
    <w:rsid w:val="001D19DD"/>
    <w:rsid w:val="001F782C"/>
    <w:rsid w:val="00211CC3"/>
    <w:rsid w:val="002270B3"/>
    <w:rsid w:val="0023243E"/>
    <w:rsid w:val="00264FA0"/>
    <w:rsid w:val="002756FE"/>
    <w:rsid w:val="0029639D"/>
    <w:rsid w:val="002B3B90"/>
    <w:rsid w:val="002B48DB"/>
    <w:rsid w:val="002B4A21"/>
    <w:rsid w:val="002C0359"/>
    <w:rsid w:val="002F3E9B"/>
    <w:rsid w:val="00300C9C"/>
    <w:rsid w:val="00304431"/>
    <w:rsid w:val="0031153E"/>
    <w:rsid w:val="003118A6"/>
    <w:rsid w:val="00313958"/>
    <w:rsid w:val="00326F90"/>
    <w:rsid w:val="0035360E"/>
    <w:rsid w:val="00373964"/>
    <w:rsid w:val="0039104A"/>
    <w:rsid w:val="00395B10"/>
    <w:rsid w:val="0039649F"/>
    <w:rsid w:val="003A42ED"/>
    <w:rsid w:val="003C4B37"/>
    <w:rsid w:val="003E4383"/>
    <w:rsid w:val="003F0787"/>
    <w:rsid w:val="003F15A2"/>
    <w:rsid w:val="004355EB"/>
    <w:rsid w:val="00442438"/>
    <w:rsid w:val="00446AEF"/>
    <w:rsid w:val="00447391"/>
    <w:rsid w:val="00452223"/>
    <w:rsid w:val="004625AF"/>
    <w:rsid w:val="00465524"/>
    <w:rsid w:val="00471F8B"/>
    <w:rsid w:val="00473DD1"/>
    <w:rsid w:val="004817D2"/>
    <w:rsid w:val="00487955"/>
    <w:rsid w:val="00491EF0"/>
    <w:rsid w:val="004925CB"/>
    <w:rsid w:val="004B7185"/>
    <w:rsid w:val="004C6591"/>
    <w:rsid w:val="004F1267"/>
    <w:rsid w:val="004F427E"/>
    <w:rsid w:val="00510780"/>
    <w:rsid w:val="00521772"/>
    <w:rsid w:val="005265DA"/>
    <w:rsid w:val="00530365"/>
    <w:rsid w:val="00557C22"/>
    <w:rsid w:val="0056385F"/>
    <w:rsid w:val="00564B66"/>
    <w:rsid w:val="00574EA2"/>
    <w:rsid w:val="0057674E"/>
    <w:rsid w:val="00592849"/>
    <w:rsid w:val="005A75E9"/>
    <w:rsid w:val="005B2B16"/>
    <w:rsid w:val="005D1001"/>
    <w:rsid w:val="005F6B3E"/>
    <w:rsid w:val="00613675"/>
    <w:rsid w:val="00614788"/>
    <w:rsid w:val="006403F5"/>
    <w:rsid w:val="00643A82"/>
    <w:rsid w:val="0064454F"/>
    <w:rsid w:val="00654A5F"/>
    <w:rsid w:val="00666352"/>
    <w:rsid w:val="006B244B"/>
    <w:rsid w:val="006B3C8E"/>
    <w:rsid w:val="006C4FA4"/>
    <w:rsid w:val="006D66DE"/>
    <w:rsid w:val="006D7C32"/>
    <w:rsid w:val="006F268B"/>
    <w:rsid w:val="006F292A"/>
    <w:rsid w:val="0071513C"/>
    <w:rsid w:val="00725CF2"/>
    <w:rsid w:val="00757FB8"/>
    <w:rsid w:val="00787695"/>
    <w:rsid w:val="0079270D"/>
    <w:rsid w:val="00793751"/>
    <w:rsid w:val="007C11D3"/>
    <w:rsid w:val="007C1526"/>
    <w:rsid w:val="007C7C87"/>
    <w:rsid w:val="00801CFE"/>
    <w:rsid w:val="00825F9A"/>
    <w:rsid w:val="008366D8"/>
    <w:rsid w:val="00855938"/>
    <w:rsid w:val="0086032A"/>
    <w:rsid w:val="00876C11"/>
    <w:rsid w:val="00880F09"/>
    <w:rsid w:val="00887EE5"/>
    <w:rsid w:val="008A2D85"/>
    <w:rsid w:val="008B29CA"/>
    <w:rsid w:val="008C5560"/>
    <w:rsid w:val="008D2C41"/>
    <w:rsid w:val="008E1391"/>
    <w:rsid w:val="00905D60"/>
    <w:rsid w:val="00921DD6"/>
    <w:rsid w:val="009263EB"/>
    <w:rsid w:val="00947BD0"/>
    <w:rsid w:val="00953AF0"/>
    <w:rsid w:val="009909C5"/>
    <w:rsid w:val="00997C8B"/>
    <w:rsid w:val="009A57D6"/>
    <w:rsid w:val="009B4B90"/>
    <w:rsid w:val="009D3134"/>
    <w:rsid w:val="009D59ED"/>
    <w:rsid w:val="009F6239"/>
    <w:rsid w:val="00A11C52"/>
    <w:rsid w:val="00A16745"/>
    <w:rsid w:val="00A26EA9"/>
    <w:rsid w:val="00A461C6"/>
    <w:rsid w:val="00A50D6D"/>
    <w:rsid w:val="00A517AA"/>
    <w:rsid w:val="00A635FF"/>
    <w:rsid w:val="00A80988"/>
    <w:rsid w:val="00A83C27"/>
    <w:rsid w:val="00AA1D8D"/>
    <w:rsid w:val="00AA3920"/>
    <w:rsid w:val="00AA57D3"/>
    <w:rsid w:val="00AA69E9"/>
    <w:rsid w:val="00AB235E"/>
    <w:rsid w:val="00AB2E9A"/>
    <w:rsid w:val="00AB42E6"/>
    <w:rsid w:val="00AC5BFB"/>
    <w:rsid w:val="00AF78B3"/>
    <w:rsid w:val="00B07C7D"/>
    <w:rsid w:val="00B13ABD"/>
    <w:rsid w:val="00B15329"/>
    <w:rsid w:val="00B30CEF"/>
    <w:rsid w:val="00B421DB"/>
    <w:rsid w:val="00B47730"/>
    <w:rsid w:val="00B9401A"/>
    <w:rsid w:val="00BC676D"/>
    <w:rsid w:val="00BE375B"/>
    <w:rsid w:val="00BF64F8"/>
    <w:rsid w:val="00C14FF5"/>
    <w:rsid w:val="00C24DD8"/>
    <w:rsid w:val="00C2729B"/>
    <w:rsid w:val="00C43432"/>
    <w:rsid w:val="00C46047"/>
    <w:rsid w:val="00C51C74"/>
    <w:rsid w:val="00C53223"/>
    <w:rsid w:val="00C8299C"/>
    <w:rsid w:val="00C82AA5"/>
    <w:rsid w:val="00C96ECA"/>
    <w:rsid w:val="00CA3990"/>
    <w:rsid w:val="00CA7EFF"/>
    <w:rsid w:val="00CB0664"/>
    <w:rsid w:val="00CB2A05"/>
    <w:rsid w:val="00CC3661"/>
    <w:rsid w:val="00CC7BDE"/>
    <w:rsid w:val="00CE5920"/>
    <w:rsid w:val="00CF4D57"/>
    <w:rsid w:val="00CF572D"/>
    <w:rsid w:val="00D07655"/>
    <w:rsid w:val="00D26ED9"/>
    <w:rsid w:val="00D508BD"/>
    <w:rsid w:val="00D526F2"/>
    <w:rsid w:val="00D6326A"/>
    <w:rsid w:val="00D74145"/>
    <w:rsid w:val="00D81270"/>
    <w:rsid w:val="00D876C1"/>
    <w:rsid w:val="00DA10B2"/>
    <w:rsid w:val="00DA1A5F"/>
    <w:rsid w:val="00DB6D49"/>
    <w:rsid w:val="00E02D9C"/>
    <w:rsid w:val="00E05B9A"/>
    <w:rsid w:val="00E14FD1"/>
    <w:rsid w:val="00E15878"/>
    <w:rsid w:val="00E212F1"/>
    <w:rsid w:val="00E3738D"/>
    <w:rsid w:val="00E42F70"/>
    <w:rsid w:val="00E536E2"/>
    <w:rsid w:val="00E85AA5"/>
    <w:rsid w:val="00E97D75"/>
    <w:rsid w:val="00EB3999"/>
    <w:rsid w:val="00ED0C70"/>
    <w:rsid w:val="00ED2D78"/>
    <w:rsid w:val="00F04660"/>
    <w:rsid w:val="00F061A2"/>
    <w:rsid w:val="00F22A01"/>
    <w:rsid w:val="00F24A93"/>
    <w:rsid w:val="00F26C18"/>
    <w:rsid w:val="00F4507D"/>
    <w:rsid w:val="00F52B3B"/>
    <w:rsid w:val="00F757B2"/>
    <w:rsid w:val="00F915CE"/>
    <w:rsid w:val="00F92ADD"/>
    <w:rsid w:val="00F96028"/>
    <w:rsid w:val="00F96941"/>
    <w:rsid w:val="00FC693F"/>
    <w:rsid w:val="00FC6A29"/>
    <w:rsid w:val="00FD2837"/>
    <w:rsid w:val="00FE3B46"/>
    <w:rsid w:val="00FF22A5"/>
    <w:rsid w:val="00FF5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83C559"/>
  <w14:defaultImageDpi w14:val="300"/>
  <w15:docId w15:val="{F2A494E4-7273-4710-AA8F-0EE2E705E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kobling">
    <w:name w:val="Hyperlink"/>
    <w:basedOn w:val="Standardskriftforavsnitt"/>
    <w:uiPriority w:val="99"/>
    <w:unhideWhenUsed/>
    <w:rsid w:val="003E4383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E4383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6147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k.springer.com/article/10.1186/s12889-025-24781-y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regjeringen.no/no/dep/hod/organiseringen-av-helse-og-omsorgsdepartementet/styrer-rad-og-utvalg/ekspertutvalg-om-brukerstyrt-personlig-assistanse-bpa/id3123496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do.no/blog/2025/10/22/slik-tilset-du-fleire-personar-med-funksjonsnedsetjing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do.no/blog/2025/10/22/slik-tilset-du-fleire-personar-med-funksjonsnedsetjin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agensperspektiv.no/synspunkt/hvordan-far-vi-et-forsvarlig-rehabiliteringstilbud-fremover/137887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df15bfe-616f-49eb-bf8f-6269de7f40a1}" enabled="1" method="Privileged" siteId="{62366534-1ec3-4962-8869-9b5535279d0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1355</Words>
  <Characters>7187</Characters>
  <Application>Microsoft Office Word</Application>
  <DocSecurity>4</DocSecurity>
  <Lines>59</Lines>
  <Paragraphs>17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8525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Paal Haavorsen</cp:lastModifiedBy>
  <cp:revision>2</cp:revision>
  <dcterms:created xsi:type="dcterms:W3CDTF">2026-01-20T07:36:00Z</dcterms:created>
  <dcterms:modified xsi:type="dcterms:W3CDTF">2026-01-20T07:36:00Z</dcterms:modified>
  <cp:category/>
</cp:coreProperties>
</file>