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C393DE" w14:textId="77777777" w:rsidR="003118A6" w:rsidRPr="00947BD0" w:rsidRDefault="000706C5">
      <w:pPr>
        <w:pStyle w:val="Tittel"/>
        <w:rPr>
          <w:lang w:val="nb-NO"/>
        </w:rPr>
      </w:pPr>
      <w:r w:rsidRPr="00947BD0">
        <w:rPr>
          <w:lang w:val="nb-NO"/>
        </w:rPr>
        <w:t>Referat fra styremøte i RI-Norge</w:t>
      </w:r>
    </w:p>
    <w:p w14:paraId="090C6F76" w14:textId="77777777" w:rsidR="003118A6" w:rsidRPr="00947BD0" w:rsidRDefault="000706C5">
      <w:pPr>
        <w:rPr>
          <w:lang w:val="nb-NO"/>
        </w:rPr>
      </w:pPr>
      <w:r w:rsidRPr="00947BD0">
        <w:rPr>
          <w:lang w:val="nb-NO"/>
        </w:rPr>
        <w:t>Dato: 17. juni 2025</w:t>
      </w:r>
    </w:p>
    <w:p w14:paraId="3D1CC41B" w14:textId="18FA98E6" w:rsidR="003118A6" w:rsidRPr="00947BD0" w:rsidRDefault="000706C5">
      <w:pPr>
        <w:rPr>
          <w:lang w:val="nb-NO"/>
        </w:rPr>
      </w:pPr>
      <w:r w:rsidRPr="00947BD0">
        <w:rPr>
          <w:lang w:val="nb-NO"/>
        </w:rPr>
        <w:t>Tid: 16.30–17.</w:t>
      </w:r>
      <w:r w:rsidR="00947BD0">
        <w:rPr>
          <w:lang w:val="nb-NO"/>
        </w:rPr>
        <w:t>45</w:t>
      </w:r>
    </w:p>
    <w:p w14:paraId="139C092B" w14:textId="77777777" w:rsidR="003118A6" w:rsidRDefault="000706C5">
      <w:pPr>
        <w:rPr>
          <w:lang w:val="nb-NO"/>
        </w:rPr>
      </w:pPr>
      <w:r w:rsidRPr="00947BD0">
        <w:rPr>
          <w:lang w:val="nb-NO"/>
        </w:rPr>
        <w:t>Sted: NHO-huset, møterom Leende Pike</w:t>
      </w:r>
    </w:p>
    <w:p w14:paraId="6FCA995C" w14:textId="4014E75E" w:rsidR="00905D60" w:rsidRDefault="00905D60">
      <w:pPr>
        <w:rPr>
          <w:lang w:val="nb-NO"/>
        </w:rPr>
      </w:pPr>
      <w:r>
        <w:rPr>
          <w:lang w:val="nb-NO"/>
        </w:rPr>
        <w:t>Til stede: Siri</w:t>
      </w:r>
      <w:r w:rsidR="00DB6D49">
        <w:rPr>
          <w:lang w:val="nb-NO"/>
        </w:rPr>
        <w:t xml:space="preserve"> Mørch</w:t>
      </w:r>
      <w:r>
        <w:rPr>
          <w:lang w:val="nb-NO"/>
        </w:rPr>
        <w:t>, Helene</w:t>
      </w:r>
      <w:r w:rsidR="00300C9C">
        <w:rPr>
          <w:lang w:val="nb-NO"/>
        </w:rPr>
        <w:t xml:space="preserve"> Ugelstad</w:t>
      </w:r>
      <w:r>
        <w:rPr>
          <w:lang w:val="nb-NO"/>
        </w:rPr>
        <w:t>, Torbjørn</w:t>
      </w:r>
      <w:r w:rsidR="00300C9C">
        <w:rPr>
          <w:lang w:val="nb-NO"/>
        </w:rPr>
        <w:t xml:space="preserve"> Furulund</w:t>
      </w:r>
      <w:r>
        <w:rPr>
          <w:lang w:val="nb-NO"/>
        </w:rPr>
        <w:t xml:space="preserve">, </w:t>
      </w:r>
      <w:r w:rsidR="00DB6D49">
        <w:rPr>
          <w:lang w:val="nb-NO"/>
        </w:rPr>
        <w:t>Karl</w:t>
      </w:r>
      <w:r w:rsidR="00300C9C">
        <w:rPr>
          <w:lang w:val="nb-NO"/>
        </w:rPr>
        <w:t xml:space="preserve"> Haakon</w:t>
      </w:r>
      <w:r w:rsidR="006F292A">
        <w:rPr>
          <w:lang w:val="nb-NO"/>
        </w:rPr>
        <w:t xml:space="preserve"> Sævold, </w:t>
      </w:r>
      <w:r w:rsidR="00211CC3">
        <w:rPr>
          <w:lang w:val="nb-NO"/>
        </w:rPr>
        <w:t xml:space="preserve">Mari Gunnes, </w:t>
      </w:r>
      <w:r w:rsidR="00521772">
        <w:rPr>
          <w:lang w:val="nb-NO"/>
        </w:rPr>
        <w:t xml:space="preserve">Hilde Tuhus Sørlie </w:t>
      </w:r>
      <w:r w:rsidR="00AA69E9">
        <w:rPr>
          <w:lang w:val="nb-NO"/>
        </w:rPr>
        <w:t>og Paal Haavorsen</w:t>
      </w:r>
    </w:p>
    <w:p w14:paraId="6418636D" w14:textId="1E7065CC" w:rsidR="003118A6" w:rsidRPr="00947BD0" w:rsidRDefault="00AA69E9">
      <w:pPr>
        <w:rPr>
          <w:lang w:val="nb-NO"/>
        </w:rPr>
      </w:pPr>
      <w:r>
        <w:rPr>
          <w:lang w:val="nb-NO"/>
        </w:rPr>
        <w:t>I tillegg møtte Jan Monsbakken og Tone Mørk som observatører</w:t>
      </w:r>
    </w:p>
    <w:p w14:paraId="16AB3E44" w14:textId="77777777" w:rsidR="003118A6" w:rsidRPr="00947BD0" w:rsidRDefault="000706C5">
      <w:pPr>
        <w:pStyle w:val="Overskrift1"/>
        <w:rPr>
          <w:lang w:val="nb-NO"/>
        </w:rPr>
      </w:pPr>
      <w:r w:rsidRPr="00947BD0">
        <w:rPr>
          <w:lang w:val="nb-NO"/>
        </w:rPr>
        <w:t>Sak 27/2025 – Godkjenning av innkalling og saksliste</w:t>
      </w:r>
    </w:p>
    <w:p w14:paraId="42807F3C" w14:textId="77777777" w:rsidR="003118A6" w:rsidRPr="00947BD0" w:rsidRDefault="000706C5">
      <w:pPr>
        <w:rPr>
          <w:lang w:val="nb-NO"/>
        </w:rPr>
      </w:pPr>
      <w:r w:rsidRPr="00947BD0">
        <w:rPr>
          <w:lang w:val="nb-NO"/>
        </w:rPr>
        <w:t>Innkalling og saksliste ble godkjent uten merknader.</w:t>
      </w:r>
    </w:p>
    <w:p w14:paraId="569DF40B" w14:textId="77777777" w:rsidR="003118A6" w:rsidRPr="00947BD0" w:rsidRDefault="000706C5">
      <w:pPr>
        <w:pStyle w:val="Overskrift1"/>
        <w:rPr>
          <w:lang w:val="nb-NO"/>
        </w:rPr>
      </w:pPr>
      <w:r w:rsidRPr="00947BD0">
        <w:rPr>
          <w:lang w:val="nb-NO"/>
        </w:rPr>
        <w:t xml:space="preserve">Sak 28/2025 – Godkjenning av </w:t>
      </w:r>
      <w:r w:rsidRPr="00947BD0">
        <w:rPr>
          <w:lang w:val="nb-NO"/>
        </w:rPr>
        <w:t>referat fra 8. mai 2025</w:t>
      </w:r>
    </w:p>
    <w:p w14:paraId="04A81C45" w14:textId="4987F662" w:rsidR="003118A6" w:rsidRPr="00947BD0" w:rsidRDefault="0064454F">
      <w:pPr>
        <w:rPr>
          <w:lang w:val="nb-NO"/>
        </w:rPr>
      </w:pPr>
      <w:r>
        <w:rPr>
          <w:lang w:val="nb-NO"/>
        </w:rPr>
        <w:t xml:space="preserve">Utkast til </w:t>
      </w:r>
      <w:r w:rsidRPr="00947BD0">
        <w:rPr>
          <w:lang w:val="nb-NO"/>
        </w:rPr>
        <w:t xml:space="preserve">referat </w:t>
      </w:r>
      <w:r w:rsidR="00947BD0">
        <w:rPr>
          <w:lang w:val="nb-NO"/>
        </w:rPr>
        <w:t>var</w:t>
      </w:r>
      <w:r w:rsidRPr="00947BD0">
        <w:rPr>
          <w:lang w:val="nb-NO"/>
        </w:rPr>
        <w:t xml:space="preserve"> sendt ut til </w:t>
      </w:r>
      <w:r w:rsidR="00A461C6">
        <w:rPr>
          <w:lang w:val="nb-NO"/>
        </w:rPr>
        <w:t>styre</w:t>
      </w:r>
      <w:r w:rsidRPr="00947BD0">
        <w:rPr>
          <w:lang w:val="nb-NO"/>
        </w:rPr>
        <w:t>medlemmene. Noen tilbakemeldinger var mottatt og innarbeidet. Referatet ble godkjent.</w:t>
      </w:r>
    </w:p>
    <w:p w14:paraId="4051477A" w14:textId="77777777" w:rsidR="003118A6" w:rsidRPr="00947BD0" w:rsidRDefault="000706C5">
      <w:pPr>
        <w:pStyle w:val="Overskrift1"/>
        <w:rPr>
          <w:lang w:val="nb-NO"/>
        </w:rPr>
      </w:pPr>
      <w:r w:rsidRPr="00947BD0">
        <w:rPr>
          <w:lang w:val="nb-NO"/>
        </w:rPr>
        <w:t>Sak 29/2025 – Velkommen til nye styremedlemmer og presentasjonsrunde</w:t>
      </w:r>
    </w:p>
    <w:p w14:paraId="092FE6F2" w14:textId="77777777" w:rsidR="003118A6" w:rsidRPr="00947BD0" w:rsidRDefault="000706C5">
      <w:pPr>
        <w:rPr>
          <w:lang w:val="nb-NO"/>
        </w:rPr>
      </w:pPr>
      <w:r w:rsidRPr="00947BD0">
        <w:rPr>
          <w:lang w:val="nb-NO"/>
        </w:rPr>
        <w:t>Nye medlemmer ble ønsket velkommen. En grundig presentasjonsrunde ble gjennomført, der samtlige tilstedeværende orienterte kort om bakgrunn, erfaring og tilknytning til RI. Det ble uttrykt glede over å få inn nye perspektiver og kompetanse i styret.</w:t>
      </w:r>
    </w:p>
    <w:p w14:paraId="0DBB7A4E" w14:textId="77777777" w:rsidR="003118A6" w:rsidRPr="00947BD0" w:rsidRDefault="000706C5">
      <w:pPr>
        <w:pStyle w:val="Overskrift1"/>
        <w:rPr>
          <w:lang w:val="nb-NO"/>
        </w:rPr>
      </w:pPr>
      <w:r w:rsidRPr="00947BD0">
        <w:rPr>
          <w:lang w:val="nb-NO"/>
        </w:rPr>
        <w:t>Sak 30/2025 – Oppsummering/evaluering av konferansen 15. mai 2025</w:t>
      </w:r>
    </w:p>
    <w:p w14:paraId="6C4FB223" w14:textId="14B7CE3F" w:rsidR="003118A6" w:rsidRPr="00947BD0" w:rsidRDefault="000706C5">
      <w:pPr>
        <w:rPr>
          <w:lang w:val="nb-NO"/>
        </w:rPr>
      </w:pPr>
      <w:r w:rsidRPr="00947BD0">
        <w:rPr>
          <w:lang w:val="nb-NO"/>
        </w:rPr>
        <w:t>Styret diskuterte erfaringene fra fagkonferansen på Litteraturhuset. Alle var enige om at innholdet holdt høy kvalitet, men at markedsføringen ikke var tilstrekkelig, og at oppmøtet på 40 personer var lavt sett i lys av innsatsen.</w:t>
      </w:r>
      <w:r w:rsidRPr="00947BD0">
        <w:rPr>
          <w:lang w:val="nb-NO"/>
        </w:rPr>
        <w:br/>
      </w:r>
      <w:r w:rsidRPr="00947BD0">
        <w:rPr>
          <w:lang w:val="nb-NO"/>
        </w:rPr>
        <w:br/>
        <w:t>Forslag og vurderinger:</w:t>
      </w:r>
      <w:r w:rsidRPr="00947BD0">
        <w:rPr>
          <w:lang w:val="nb-NO"/>
        </w:rPr>
        <w:br/>
        <w:t>- Økt markedsføring i forkant</w:t>
      </w:r>
      <w:r w:rsidR="000D667C">
        <w:rPr>
          <w:lang w:val="nb-NO"/>
        </w:rPr>
        <w:t xml:space="preserve"> </w:t>
      </w:r>
      <w:r w:rsidRPr="00947BD0">
        <w:rPr>
          <w:lang w:val="nb-NO"/>
        </w:rPr>
        <w:t>og bedre bruk av medlemsorganisasjonenes nettverk.</w:t>
      </w:r>
      <w:r w:rsidRPr="00947BD0">
        <w:rPr>
          <w:lang w:val="nb-NO"/>
        </w:rPr>
        <w:br/>
        <w:t>- Vurdering av tidspunkt og format (digitalt vs. fysisk).</w:t>
      </w:r>
      <w:r w:rsidRPr="00947BD0">
        <w:rPr>
          <w:lang w:val="nb-NO"/>
        </w:rPr>
        <w:br/>
        <w:t>- Muligheter for gratis deltakelse via ekstern finansiering</w:t>
      </w:r>
      <w:r w:rsidR="000D667C">
        <w:rPr>
          <w:lang w:val="nb-NO"/>
        </w:rPr>
        <w:t>?</w:t>
      </w:r>
      <w:r w:rsidRPr="00947BD0">
        <w:rPr>
          <w:lang w:val="nb-NO"/>
        </w:rPr>
        <w:br/>
        <w:t>- Potensial for bruk av medlemsorganisasjonenes lokaler for å redusere kostnader.</w:t>
      </w:r>
      <w:r w:rsidRPr="00947BD0">
        <w:rPr>
          <w:lang w:val="nb-NO"/>
        </w:rPr>
        <w:br/>
        <w:t>- Viktigheten av tydelig rollefordeling i arrangementsarbeid.</w:t>
      </w:r>
      <w:r w:rsidRPr="00947BD0">
        <w:rPr>
          <w:lang w:val="nb-NO"/>
        </w:rPr>
        <w:br/>
        <w:t>- Gjenopptak av slike konferanser våren 2026 vurderes.</w:t>
      </w:r>
    </w:p>
    <w:p w14:paraId="4871E492" w14:textId="77777777" w:rsidR="003118A6" w:rsidRPr="00947BD0" w:rsidRDefault="000706C5">
      <w:pPr>
        <w:pStyle w:val="Overskrift1"/>
        <w:rPr>
          <w:lang w:val="nb-NO"/>
        </w:rPr>
      </w:pPr>
      <w:r w:rsidRPr="00947BD0">
        <w:rPr>
          <w:lang w:val="nb-NO"/>
        </w:rPr>
        <w:lastRenderedPageBreak/>
        <w:t xml:space="preserve">Sak 31/2025 – Innspill til tema for </w:t>
      </w:r>
      <w:proofErr w:type="spellStart"/>
      <w:r w:rsidRPr="00947BD0">
        <w:rPr>
          <w:lang w:val="nb-NO"/>
        </w:rPr>
        <w:t>Rehab</w:t>
      </w:r>
      <w:proofErr w:type="spellEnd"/>
      <w:r w:rsidRPr="00947BD0">
        <w:rPr>
          <w:lang w:val="nb-NO"/>
        </w:rPr>
        <w:t>-lunsjer høsten 2025</w:t>
      </w:r>
    </w:p>
    <w:p w14:paraId="545A989E" w14:textId="6BD8D87A" w:rsidR="003118A6" w:rsidRPr="00947BD0" w:rsidRDefault="000706C5">
      <w:pPr>
        <w:rPr>
          <w:lang w:val="nb-NO"/>
        </w:rPr>
      </w:pPr>
      <w:r w:rsidRPr="00947BD0">
        <w:rPr>
          <w:lang w:val="nb-NO"/>
        </w:rPr>
        <w:t>P</w:t>
      </w:r>
      <w:r w:rsidR="00056E93">
        <w:rPr>
          <w:lang w:val="nb-NO"/>
        </w:rPr>
        <w:t>aa</w:t>
      </w:r>
      <w:r w:rsidRPr="00947BD0">
        <w:rPr>
          <w:lang w:val="nb-NO"/>
        </w:rPr>
        <w:t>l foreslo å arrangere et møte med Mari og Hilde for å diskutere mulige temaer. Det ble nevnt at synsproblematikk kunne være et relevant tema</w:t>
      </w:r>
      <w:r w:rsidR="00613675">
        <w:rPr>
          <w:lang w:val="nb-NO"/>
        </w:rPr>
        <w:t xml:space="preserve"> og mulig </w:t>
      </w:r>
      <w:r w:rsidR="00B421DB">
        <w:rPr>
          <w:lang w:val="nb-NO"/>
        </w:rPr>
        <w:t>forskningsresultater fra SINTEF</w:t>
      </w:r>
      <w:r w:rsidRPr="00947BD0">
        <w:rPr>
          <w:lang w:val="nb-NO"/>
        </w:rPr>
        <w:t xml:space="preserve">. </w:t>
      </w:r>
      <w:r w:rsidR="00B421DB">
        <w:rPr>
          <w:lang w:val="nb-NO"/>
        </w:rPr>
        <w:t xml:space="preserve">Paal tar et møte med Mari og Hilde </w:t>
      </w:r>
      <w:r w:rsidRPr="00947BD0">
        <w:rPr>
          <w:lang w:val="nb-NO"/>
        </w:rPr>
        <w:t>før sommeren.</w:t>
      </w:r>
    </w:p>
    <w:p w14:paraId="329DCE99" w14:textId="77777777" w:rsidR="003118A6" w:rsidRPr="00947BD0" w:rsidRDefault="000706C5">
      <w:pPr>
        <w:pStyle w:val="Overskrift1"/>
        <w:rPr>
          <w:lang w:val="nb-NO"/>
        </w:rPr>
      </w:pPr>
      <w:r w:rsidRPr="00947BD0">
        <w:rPr>
          <w:lang w:val="nb-NO"/>
        </w:rPr>
        <w:t>Sak 32/2025 – Info fra RI internasjonalt</w:t>
      </w:r>
    </w:p>
    <w:p w14:paraId="6B0B9E51" w14:textId="0D7C82E7" w:rsidR="003118A6" w:rsidRPr="00947BD0" w:rsidRDefault="000706C5">
      <w:pPr>
        <w:rPr>
          <w:lang w:val="nb-NO"/>
        </w:rPr>
      </w:pPr>
      <w:r w:rsidRPr="00947BD0">
        <w:rPr>
          <w:lang w:val="nb-NO"/>
        </w:rPr>
        <w:t>Det ble orientert om:</w:t>
      </w:r>
      <w:r w:rsidRPr="00947BD0">
        <w:rPr>
          <w:lang w:val="nb-NO"/>
        </w:rPr>
        <w:br/>
        <w:t>- Skifte av generalsekretær i RI Global.</w:t>
      </w:r>
      <w:r w:rsidRPr="00947BD0">
        <w:rPr>
          <w:lang w:val="nb-NO"/>
        </w:rPr>
        <w:br/>
        <w:t>- Aktivitetene i RI Foundation, herunder økonomiforvaltning og møte med Merrill Lynch.</w:t>
      </w:r>
      <w:r w:rsidRPr="00947BD0">
        <w:rPr>
          <w:lang w:val="nb-NO"/>
        </w:rPr>
        <w:br/>
        <w:t xml:space="preserve">- Deltakelse på Global </w:t>
      </w:r>
      <w:proofErr w:type="spellStart"/>
      <w:r w:rsidRPr="00947BD0">
        <w:rPr>
          <w:lang w:val="nb-NO"/>
        </w:rPr>
        <w:t>Disability</w:t>
      </w:r>
      <w:proofErr w:type="spellEnd"/>
      <w:r w:rsidRPr="00947BD0">
        <w:rPr>
          <w:lang w:val="nb-NO"/>
        </w:rPr>
        <w:t xml:space="preserve"> </w:t>
      </w:r>
      <w:proofErr w:type="spellStart"/>
      <w:r w:rsidRPr="00947BD0">
        <w:rPr>
          <w:lang w:val="nb-NO"/>
        </w:rPr>
        <w:t>Summit</w:t>
      </w:r>
      <w:proofErr w:type="spellEnd"/>
      <w:r w:rsidRPr="00947BD0">
        <w:rPr>
          <w:lang w:val="nb-NO"/>
        </w:rPr>
        <w:t xml:space="preserve"> i Berlin.</w:t>
      </w:r>
      <w:r w:rsidRPr="00947BD0">
        <w:rPr>
          <w:lang w:val="nb-NO"/>
        </w:rPr>
        <w:br/>
        <w:t>- Deltakelse og sidearrangementer under FN-møtet (COSP) i New York.</w:t>
      </w:r>
      <w:r w:rsidRPr="00947BD0">
        <w:rPr>
          <w:lang w:val="nb-NO"/>
        </w:rPr>
        <w:br/>
        <w:t>- Besøk fra Qingdao-delegasjonen og kontakt med verdens første rehabiliteringsuniversitet.</w:t>
      </w:r>
      <w:r w:rsidRPr="00947BD0">
        <w:rPr>
          <w:lang w:val="nb-NO"/>
        </w:rPr>
        <w:br/>
        <w:t xml:space="preserve">- Kritikk mot </w:t>
      </w:r>
      <w:r w:rsidR="001C6358">
        <w:rPr>
          <w:lang w:val="nb-NO"/>
        </w:rPr>
        <w:t xml:space="preserve">ledelsen av </w:t>
      </w:r>
      <w:r w:rsidRPr="00947BD0">
        <w:rPr>
          <w:lang w:val="nb-NO"/>
        </w:rPr>
        <w:t xml:space="preserve">kommisjonen for </w:t>
      </w:r>
      <w:proofErr w:type="spellStart"/>
      <w:r w:rsidRPr="00947BD0">
        <w:rPr>
          <w:lang w:val="nb-NO"/>
        </w:rPr>
        <w:t>Work</w:t>
      </w:r>
      <w:proofErr w:type="spellEnd"/>
      <w:r w:rsidRPr="00947BD0">
        <w:rPr>
          <w:lang w:val="nb-NO"/>
        </w:rPr>
        <w:t xml:space="preserve"> and </w:t>
      </w:r>
      <w:proofErr w:type="spellStart"/>
      <w:r w:rsidRPr="00947BD0">
        <w:rPr>
          <w:lang w:val="nb-NO"/>
        </w:rPr>
        <w:t>Employment</w:t>
      </w:r>
      <w:proofErr w:type="spellEnd"/>
      <w:r w:rsidRPr="00947BD0">
        <w:rPr>
          <w:lang w:val="nb-NO"/>
        </w:rPr>
        <w:t xml:space="preserve"> – lav møteaktivitet og dårlig struktur. Forslag om å involvere Gutenbrunner i videre arbeid</w:t>
      </w:r>
      <w:r w:rsidR="00801CFE">
        <w:rPr>
          <w:lang w:val="nb-NO"/>
        </w:rPr>
        <w:t>/møter</w:t>
      </w:r>
      <w:r w:rsidRPr="00947BD0">
        <w:rPr>
          <w:lang w:val="nb-NO"/>
        </w:rPr>
        <w:t>.</w:t>
      </w:r>
    </w:p>
    <w:p w14:paraId="300CD983" w14:textId="0446BF09" w:rsidR="003118A6" w:rsidRPr="009D3134" w:rsidRDefault="000706C5" w:rsidP="009D3134">
      <w:pPr>
        <w:pStyle w:val="Ingenmellomrom"/>
        <w:rPr>
          <w:lang w:val="nb-NO"/>
        </w:rPr>
      </w:pPr>
      <w:r w:rsidRPr="00905D60">
        <w:rPr>
          <w:rStyle w:val="Overskrift1Tegn"/>
          <w:lang w:val="nb-NO"/>
        </w:rPr>
        <w:t>Sak 33/2025 – Eventuelt</w:t>
      </w:r>
      <w:r w:rsidRPr="00905D60">
        <w:rPr>
          <w:rStyle w:val="Overskrift1Tegn"/>
          <w:lang w:val="nb-NO"/>
        </w:rPr>
        <w:br/>
      </w:r>
      <w:r w:rsidRPr="009D3134">
        <w:rPr>
          <w:lang w:val="nb-NO"/>
        </w:rPr>
        <w:t>- Ønske om økt synlighet for RI gjennom arrangementer og samarbeid med medlemsorganisasjoner.</w:t>
      </w:r>
      <w:r w:rsidRPr="009D3134">
        <w:rPr>
          <w:lang w:val="nb-NO"/>
        </w:rPr>
        <w:br/>
        <w:t>- Avslutning med ønske om god sommer.</w:t>
      </w:r>
    </w:p>
    <w:sectPr w:rsidR="003118A6" w:rsidRPr="009D313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merertliste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merertliste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Punktliste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Punktliste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merertliste"/>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Punktliste"/>
      <w:lvlText w:val=""/>
      <w:lvlJc w:val="left"/>
      <w:pPr>
        <w:tabs>
          <w:tab w:val="num" w:pos="360"/>
        </w:tabs>
        <w:ind w:left="360" w:hanging="360"/>
      </w:pPr>
      <w:rPr>
        <w:rFonts w:ascii="Symbol" w:hAnsi="Symbol" w:hint="default"/>
      </w:rPr>
    </w:lvl>
  </w:abstractNum>
  <w:num w:numId="1" w16cid:durableId="721750184">
    <w:abstractNumId w:val="8"/>
  </w:num>
  <w:num w:numId="2" w16cid:durableId="1999841645">
    <w:abstractNumId w:val="6"/>
  </w:num>
  <w:num w:numId="3" w16cid:durableId="2031104592">
    <w:abstractNumId w:val="5"/>
  </w:num>
  <w:num w:numId="4" w16cid:durableId="1042707312">
    <w:abstractNumId w:val="4"/>
  </w:num>
  <w:num w:numId="5" w16cid:durableId="1587881594">
    <w:abstractNumId w:val="7"/>
  </w:num>
  <w:num w:numId="6" w16cid:durableId="2038459359">
    <w:abstractNumId w:val="3"/>
  </w:num>
  <w:num w:numId="7" w16cid:durableId="2009669653">
    <w:abstractNumId w:val="2"/>
  </w:num>
  <w:num w:numId="8" w16cid:durableId="2134208300">
    <w:abstractNumId w:val="1"/>
  </w:num>
  <w:num w:numId="9" w16cid:durableId="13634832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02D25"/>
    <w:rsid w:val="00034616"/>
    <w:rsid w:val="00056E93"/>
    <w:rsid w:val="0006063C"/>
    <w:rsid w:val="000706C5"/>
    <w:rsid w:val="000D667C"/>
    <w:rsid w:val="0015074B"/>
    <w:rsid w:val="001C6358"/>
    <w:rsid w:val="00211CC3"/>
    <w:rsid w:val="0029639D"/>
    <w:rsid w:val="00300C9C"/>
    <w:rsid w:val="003118A6"/>
    <w:rsid w:val="00326F90"/>
    <w:rsid w:val="00465524"/>
    <w:rsid w:val="00521772"/>
    <w:rsid w:val="00613675"/>
    <w:rsid w:val="0064454F"/>
    <w:rsid w:val="006F292A"/>
    <w:rsid w:val="00801CFE"/>
    <w:rsid w:val="00905D60"/>
    <w:rsid w:val="00947BD0"/>
    <w:rsid w:val="00997C8B"/>
    <w:rsid w:val="009D3134"/>
    <w:rsid w:val="00A461C6"/>
    <w:rsid w:val="00AA1D8D"/>
    <w:rsid w:val="00AA69E9"/>
    <w:rsid w:val="00B421DB"/>
    <w:rsid w:val="00B47730"/>
    <w:rsid w:val="00CB0664"/>
    <w:rsid w:val="00D6326A"/>
    <w:rsid w:val="00DB6D4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583C559"/>
  <w14:defaultImageDpi w14:val="300"/>
  <w15:docId w15:val="{F2A494E4-7273-4710-AA8F-0EE2E705E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Overskrift1">
    <w:name w:val="heading 1"/>
    <w:basedOn w:val="Normal"/>
    <w:next w:val="Normal"/>
    <w:link w:val="Overskrift1Tegn"/>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verskrift2">
    <w:name w:val="heading 2"/>
    <w:basedOn w:val="Normal"/>
    <w:next w:val="Normal"/>
    <w:link w:val="Overskrift2Tegn"/>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Overskrift3">
    <w:name w:val="heading 3"/>
    <w:basedOn w:val="Normal"/>
    <w:next w:val="Normal"/>
    <w:link w:val="Overskrift3Tegn"/>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Overskrift4">
    <w:name w:val="heading 4"/>
    <w:basedOn w:val="Normal"/>
    <w:next w:val="Normal"/>
    <w:link w:val="Overskrift4Tegn"/>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Overskrift5">
    <w:name w:val="heading 5"/>
    <w:basedOn w:val="Normal"/>
    <w:next w:val="Normal"/>
    <w:link w:val="Overskrift5Tegn"/>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Overskrift6">
    <w:name w:val="heading 6"/>
    <w:basedOn w:val="Normal"/>
    <w:next w:val="Normal"/>
    <w:link w:val="Overskrift6Tegn"/>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Overskrift7">
    <w:name w:val="heading 7"/>
    <w:basedOn w:val="Normal"/>
    <w:next w:val="Normal"/>
    <w:link w:val="Overskrift7Tegn"/>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Overskrift8">
    <w:name w:val="heading 8"/>
    <w:basedOn w:val="Normal"/>
    <w:next w:val="Normal"/>
    <w:link w:val="Overskrift8Tegn"/>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Overskrift9">
    <w:name w:val="heading 9"/>
    <w:basedOn w:val="Normal"/>
    <w:next w:val="Normal"/>
    <w:link w:val="Overskrift9Tegn"/>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Topptekst">
    <w:name w:val="header"/>
    <w:basedOn w:val="Normal"/>
    <w:link w:val="TopptekstTegn"/>
    <w:uiPriority w:val="99"/>
    <w:unhideWhenUsed/>
    <w:rsid w:val="00E618BF"/>
    <w:pPr>
      <w:tabs>
        <w:tab w:val="center" w:pos="4680"/>
        <w:tab w:val="right" w:pos="9360"/>
      </w:tabs>
      <w:spacing w:after="0" w:line="240" w:lineRule="auto"/>
    </w:pPr>
  </w:style>
  <w:style w:type="character" w:customStyle="1" w:styleId="TopptekstTegn">
    <w:name w:val="Topptekst Tegn"/>
    <w:basedOn w:val="Standardskriftforavsnitt"/>
    <w:link w:val="Topptekst"/>
    <w:uiPriority w:val="99"/>
    <w:rsid w:val="00E618BF"/>
  </w:style>
  <w:style w:type="paragraph" w:styleId="Bunntekst">
    <w:name w:val="footer"/>
    <w:basedOn w:val="Normal"/>
    <w:link w:val="BunntekstTegn"/>
    <w:uiPriority w:val="99"/>
    <w:unhideWhenUsed/>
    <w:rsid w:val="00E618BF"/>
    <w:pPr>
      <w:tabs>
        <w:tab w:val="center" w:pos="4680"/>
        <w:tab w:val="right" w:pos="9360"/>
      </w:tabs>
      <w:spacing w:after="0" w:line="240" w:lineRule="auto"/>
    </w:pPr>
  </w:style>
  <w:style w:type="character" w:customStyle="1" w:styleId="BunntekstTegn">
    <w:name w:val="Bunntekst Tegn"/>
    <w:basedOn w:val="Standardskriftforavsnitt"/>
    <w:link w:val="Bunntekst"/>
    <w:uiPriority w:val="99"/>
    <w:rsid w:val="00E618BF"/>
  </w:style>
  <w:style w:type="paragraph" w:styleId="Ingenmellomrom">
    <w:name w:val="No Spacing"/>
    <w:uiPriority w:val="1"/>
    <w:qFormat/>
    <w:rsid w:val="00FC693F"/>
    <w:pPr>
      <w:spacing w:after="0" w:line="240" w:lineRule="auto"/>
    </w:pPr>
  </w:style>
  <w:style w:type="character" w:customStyle="1" w:styleId="Overskrift1Tegn">
    <w:name w:val="Overskrift 1 Tegn"/>
    <w:basedOn w:val="Standardskriftforavsnitt"/>
    <w:link w:val="Overskrift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Overskrift2Tegn">
    <w:name w:val="Overskrift 2 Tegn"/>
    <w:basedOn w:val="Standardskriftforavsnitt"/>
    <w:link w:val="Overskrift2"/>
    <w:uiPriority w:val="9"/>
    <w:rsid w:val="00FC693F"/>
    <w:rPr>
      <w:rFonts w:asciiTheme="majorHAnsi" w:eastAsiaTheme="majorEastAsia" w:hAnsiTheme="majorHAnsi" w:cstheme="majorBidi"/>
      <w:b/>
      <w:bCs/>
      <w:color w:val="4F81BD" w:themeColor="accent1"/>
      <w:sz w:val="26"/>
      <w:szCs w:val="26"/>
    </w:rPr>
  </w:style>
  <w:style w:type="character" w:customStyle="1" w:styleId="Overskrift3Tegn">
    <w:name w:val="Overskrift 3 Tegn"/>
    <w:basedOn w:val="Standardskriftforavsnitt"/>
    <w:link w:val="Overskrift3"/>
    <w:uiPriority w:val="9"/>
    <w:rsid w:val="00FC693F"/>
    <w:rPr>
      <w:rFonts w:asciiTheme="majorHAnsi" w:eastAsiaTheme="majorEastAsia" w:hAnsiTheme="majorHAnsi" w:cstheme="majorBidi"/>
      <w:b/>
      <w:bCs/>
      <w:color w:val="4F81BD" w:themeColor="accent1"/>
    </w:rPr>
  </w:style>
  <w:style w:type="paragraph" w:styleId="Tittel">
    <w:name w:val="Title"/>
    <w:basedOn w:val="Normal"/>
    <w:next w:val="Normal"/>
    <w:link w:val="TittelTegn"/>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telTegn">
    <w:name w:val="Tittel Tegn"/>
    <w:basedOn w:val="Standardskriftforavsnitt"/>
    <w:link w:val="Tittel"/>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Undertittel">
    <w:name w:val="Subtitle"/>
    <w:basedOn w:val="Normal"/>
    <w:next w:val="Normal"/>
    <w:link w:val="UndertittelTegn"/>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dertittelTegn">
    <w:name w:val="Undertittel Tegn"/>
    <w:basedOn w:val="Standardskriftforavsnitt"/>
    <w:link w:val="Undertittel"/>
    <w:uiPriority w:val="11"/>
    <w:rsid w:val="00FC693F"/>
    <w:rPr>
      <w:rFonts w:asciiTheme="majorHAnsi" w:eastAsiaTheme="majorEastAsia" w:hAnsiTheme="majorHAnsi" w:cstheme="majorBidi"/>
      <w:i/>
      <w:iCs/>
      <w:color w:val="4F81BD" w:themeColor="accent1"/>
      <w:spacing w:val="15"/>
      <w:sz w:val="24"/>
      <w:szCs w:val="24"/>
    </w:rPr>
  </w:style>
  <w:style w:type="paragraph" w:styleId="Listeavsnitt">
    <w:name w:val="List Paragraph"/>
    <w:basedOn w:val="Normal"/>
    <w:uiPriority w:val="34"/>
    <w:qFormat/>
    <w:rsid w:val="00FC693F"/>
    <w:pPr>
      <w:ind w:left="720"/>
      <w:contextualSpacing/>
    </w:pPr>
  </w:style>
  <w:style w:type="paragraph" w:styleId="Brdtekst">
    <w:name w:val="Body Text"/>
    <w:basedOn w:val="Normal"/>
    <w:link w:val="BrdtekstTegn"/>
    <w:uiPriority w:val="99"/>
    <w:unhideWhenUsed/>
    <w:rsid w:val="00AA1D8D"/>
    <w:pPr>
      <w:spacing w:after="120"/>
    </w:pPr>
  </w:style>
  <w:style w:type="character" w:customStyle="1" w:styleId="BrdtekstTegn">
    <w:name w:val="Brødtekst Tegn"/>
    <w:basedOn w:val="Standardskriftforavsnitt"/>
    <w:link w:val="Brdtekst"/>
    <w:uiPriority w:val="99"/>
    <w:rsid w:val="00AA1D8D"/>
  </w:style>
  <w:style w:type="paragraph" w:styleId="Brdtekst2">
    <w:name w:val="Body Text 2"/>
    <w:basedOn w:val="Normal"/>
    <w:link w:val="Brdtekst2Tegn"/>
    <w:uiPriority w:val="99"/>
    <w:unhideWhenUsed/>
    <w:rsid w:val="00AA1D8D"/>
    <w:pPr>
      <w:spacing w:after="120" w:line="480" w:lineRule="auto"/>
    </w:pPr>
  </w:style>
  <w:style w:type="character" w:customStyle="1" w:styleId="Brdtekst2Tegn">
    <w:name w:val="Brødtekst 2 Tegn"/>
    <w:basedOn w:val="Standardskriftforavsnitt"/>
    <w:link w:val="Brdtekst2"/>
    <w:uiPriority w:val="99"/>
    <w:rsid w:val="00AA1D8D"/>
  </w:style>
  <w:style w:type="paragraph" w:styleId="Brdtekst3">
    <w:name w:val="Body Text 3"/>
    <w:basedOn w:val="Normal"/>
    <w:link w:val="Brdtekst3Tegn"/>
    <w:uiPriority w:val="99"/>
    <w:unhideWhenUsed/>
    <w:rsid w:val="00AA1D8D"/>
    <w:pPr>
      <w:spacing w:after="120"/>
    </w:pPr>
    <w:rPr>
      <w:sz w:val="16"/>
      <w:szCs w:val="16"/>
    </w:rPr>
  </w:style>
  <w:style w:type="character" w:customStyle="1" w:styleId="Brdtekst3Tegn">
    <w:name w:val="Brødtekst 3 Tegn"/>
    <w:basedOn w:val="Standardskriftforavsnitt"/>
    <w:link w:val="Brdtekst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Punktliste">
    <w:name w:val="List Bullet"/>
    <w:basedOn w:val="Normal"/>
    <w:uiPriority w:val="99"/>
    <w:unhideWhenUsed/>
    <w:rsid w:val="00326F90"/>
    <w:pPr>
      <w:numPr>
        <w:numId w:val="1"/>
      </w:numPr>
      <w:contextualSpacing/>
    </w:pPr>
  </w:style>
  <w:style w:type="paragraph" w:styleId="Punktliste2">
    <w:name w:val="List Bullet 2"/>
    <w:basedOn w:val="Normal"/>
    <w:uiPriority w:val="99"/>
    <w:unhideWhenUsed/>
    <w:rsid w:val="00326F90"/>
    <w:pPr>
      <w:numPr>
        <w:numId w:val="2"/>
      </w:numPr>
      <w:contextualSpacing/>
    </w:pPr>
  </w:style>
  <w:style w:type="paragraph" w:styleId="Punktliste3">
    <w:name w:val="List Bullet 3"/>
    <w:basedOn w:val="Normal"/>
    <w:uiPriority w:val="99"/>
    <w:unhideWhenUsed/>
    <w:rsid w:val="00326F90"/>
    <w:pPr>
      <w:numPr>
        <w:numId w:val="3"/>
      </w:numPr>
      <w:contextualSpacing/>
    </w:pPr>
  </w:style>
  <w:style w:type="paragraph" w:styleId="Nummerertliste">
    <w:name w:val="List Number"/>
    <w:basedOn w:val="Normal"/>
    <w:uiPriority w:val="99"/>
    <w:unhideWhenUsed/>
    <w:rsid w:val="00326F90"/>
    <w:pPr>
      <w:numPr>
        <w:numId w:val="5"/>
      </w:numPr>
      <w:contextualSpacing/>
    </w:pPr>
  </w:style>
  <w:style w:type="paragraph" w:styleId="Nummerertliste2">
    <w:name w:val="List Number 2"/>
    <w:basedOn w:val="Normal"/>
    <w:uiPriority w:val="99"/>
    <w:unhideWhenUsed/>
    <w:rsid w:val="0029639D"/>
    <w:pPr>
      <w:numPr>
        <w:numId w:val="6"/>
      </w:numPr>
      <w:contextualSpacing/>
    </w:pPr>
  </w:style>
  <w:style w:type="paragraph" w:styleId="Nummerertliste3">
    <w:name w:val="List Number 3"/>
    <w:basedOn w:val="Normal"/>
    <w:uiPriority w:val="99"/>
    <w:unhideWhenUsed/>
    <w:rsid w:val="0029639D"/>
    <w:pPr>
      <w:numPr>
        <w:numId w:val="7"/>
      </w:numPr>
      <w:contextualSpacing/>
    </w:pPr>
  </w:style>
  <w:style w:type="paragraph" w:styleId="Liste-forts">
    <w:name w:val="List Continue"/>
    <w:basedOn w:val="Normal"/>
    <w:uiPriority w:val="99"/>
    <w:unhideWhenUsed/>
    <w:rsid w:val="0029639D"/>
    <w:pPr>
      <w:spacing w:after="120"/>
      <w:ind w:left="360"/>
      <w:contextualSpacing/>
    </w:pPr>
  </w:style>
  <w:style w:type="paragraph" w:styleId="Liste-forts2">
    <w:name w:val="List Continue 2"/>
    <w:basedOn w:val="Normal"/>
    <w:uiPriority w:val="99"/>
    <w:unhideWhenUsed/>
    <w:rsid w:val="0029639D"/>
    <w:pPr>
      <w:spacing w:after="120"/>
      <w:ind w:left="720"/>
      <w:contextualSpacing/>
    </w:pPr>
  </w:style>
  <w:style w:type="paragraph" w:styleId="Liste-forts3">
    <w:name w:val="List Continue 3"/>
    <w:basedOn w:val="Normal"/>
    <w:uiPriority w:val="99"/>
    <w:unhideWhenUsed/>
    <w:rsid w:val="0029639D"/>
    <w:pPr>
      <w:spacing w:after="120"/>
      <w:ind w:left="1080"/>
      <w:contextualSpacing/>
    </w:pPr>
  </w:style>
  <w:style w:type="paragraph" w:styleId="Makrotekst">
    <w:name w:val="macro"/>
    <w:link w:val="MakrotekstTegn"/>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krotekstTegn">
    <w:name w:val="Makrotekst Tegn"/>
    <w:basedOn w:val="Standardskriftforavsnitt"/>
    <w:link w:val="Makrotekst"/>
    <w:uiPriority w:val="99"/>
    <w:rsid w:val="0029639D"/>
    <w:rPr>
      <w:rFonts w:ascii="Courier" w:hAnsi="Courier"/>
      <w:sz w:val="20"/>
      <w:szCs w:val="20"/>
    </w:rPr>
  </w:style>
  <w:style w:type="paragraph" w:styleId="Sitat">
    <w:name w:val="Quote"/>
    <w:basedOn w:val="Normal"/>
    <w:next w:val="Normal"/>
    <w:link w:val="SitatTegn"/>
    <w:uiPriority w:val="29"/>
    <w:qFormat/>
    <w:rsid w:val="00FC693F"/>
    <w:rPr>
      <w:i/>
      <w:iCs/>
      <w:color w:val="000000" w:themeColor="text1"/>
    </w:rPr>
  </w:style>
  <w:style w:type="character" w:customStyle="1" w:styleId="SitatTegn">
    <w:name w:val="Sitat Tegn"/>
    <w:basedOn w:val="Standardskriftforavsnitt"/>
    <w:link w:val="Sitat"/>
    <w:uiPriority w:val="29"/>
    <w:rsid w:val="00FC693F"/>
    <w:rPr>
      <w:i/>
      <w:iCs/>
      <w:color w:val="000000" w:themeColor="text1"/>
    </w:rPr>
  </w:style>
  <w:style w:type="character" w:customStyle="1" w:styleId="Overskrift4Tegn">
    <w:name w:val="Overskrift 4 Tegn"/>
    <w:basedOn w:val="Standardskriftforavsnitt"/>
    <w:link w:val="Overskrift4"/>
    <w:uiPriority w:val="9"/>
    <w:semiHidden/>
    <w:rsid w:val="00FC693F"/>
    <w:rPr>
      <w:rFonts w:asciiTheme="majorHAnsi" w:eastAsiaTheme="majorEastAsia" w:hAnsiTheme="majorHAnsi" w:cstheme="majorBidi"/>
      <w:b/>
      <w:bCs/>
      <w:i/>
      <w:iCs/>
      <w:color w:val="4F81BD" w:themeColor="accent1"/>
    </w:rPr>
  </w:style>
  <w:style w:type="character" w:customStyle="1" w:styleId="Overskrift5Tegn">
    <w:name w:val="Overskrift 5 Tegn"/>
    <w:basedOn w:val="Standardskriftforavsnitt"/>
    <w:link w:val="Overskrift5"/>
    <w:uiPriority w:val="9"/>
    <w:semiHidden/>
    <w:rsid w:val="00FC693F"/>
    <w:rPr>
      <w:rFonts w:asciiTheme="majorHAnsi" w:eastAsiaTheme="majorEastAsia" w:hAnsiTheme="majorHAnsi" w:cstheme="majorBidi"/>
      <w:color w:val="243F60" w:themeColor="accent1" w:themeShade="7F"/>
    </w:rPr>
  </w:style>
  <w:style w:type="character" w:customStyle="1" w:styleId="Overskrift6Tegn">
    <w:name w:val="Overskrift 6 Tegn"/>
    <w:basedOn w:val="Standardskriftforavsnitt"/>
    <w:link w:val="Overskrift6"/>
    <w:uiPriority w:val="9"/>
    <w:semiHidden/>
    <w:rsid w:val="00FC693F"/>
    <w:rPr>
      <w:rFonts w:asciiTheme="majorHAnsi" w:eastAsiaTheme="majorEastAsia" w:hAnsiTheme="majorHAnsi" w:cstheme="majorBidi"/>
      <w:i/>
      <w:iCs/>
      <w:color w:val="243F60" w:themeColor="accent1" w:themeShade="7F"/>
    </w:rPr>
  </w:style>
  <w:style w:type="character" w:customStyle="1" w:styleId="Overskrift7Tegn">
    <w:name w:val="Overskrift 7 Tegn"/>
    <w:basedOn w:val="Standardskriftforavsnitt"/>
    <w:link w:val="Overskrift7"/>
    <w:uiPriority w:val="9"/>
    <w:semiHidden/>
    <w:rsid w:val="00FC693F"/>
    <w:rPr>
      <w:rFonts w:asciiTheme="majorHAnsi" w:eastAsiaTheme="majorEastAsia" w:hAnsiTheme="majorHAnsi" w:cstheme="majorBidi"/>
      <w:i/>
      <w:iCs/>
      <w:color w:val="404040" w:themeColor="text1" w:themeTint="BF"/>
    </w:rPr>
  </w:style>
  <w:style w:type="character" w:customStyle="1" w:styleId="Overskrift8Tegn">
    <w:name w:val="Overskrift 8 Tegn"/>
    <w:basedOn w:val="Standardskriftforavsnitt"/>
    <w:link w:val="Overskrift8"/>
    <w:uiPriority w:val="9"/>
    <w:semiHidden/>
    <w:rsid w:val="00FC693F"/>
    <w:rPr>
      <w:rFonts w:asciiTheme="majorHAnsi" w:eastAsiaTheme="majorEastAsia" w:hAnsiTheme="majorHAnsi" w:cstheme="majorBidi"/>
      <w:color w:val="4F81BD" w:themeColor="accent1"/>
      <w:sz w:val="20"/>
      <w:szCs w:val="20"/>
    </w:rPr>
  </w:style>
  <w:style w:type="character" w:customStyle="1" w:styleId="Overskrift9Tegn">
    <w:name w:val="Overskrift 9 Tegn"/>
    <w:basedOn w:val="Standardskriftforavsnitt"/>
    <w:link w:val="Overskrift9"/>
    <w:uiPriority w:val="9"/>
    <w:semiHidden/>
    <w:rsid w:val="00FC693F"/>
    <w:rPr>
      <w:rFonts w:asciiTheme="majorHAnsi" w:eastAsiaTheme="majorEastAsia" w:hAnsiTheme="majorHAnsi" w:cstheme="majorBidi"/>
      <w:i/>
      <w:iCs/>
      <w:color w:val="404040" w:themeColor="text1" w:themeTint="BF"/>
      <w:sz w:val="20"/>
      <w:szCs w:val="20"/>
    </w:rPr>
  </w:style>
  <w:style w:type="paragraph" w:styleId="Bildetekst">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erk">
    <w:name w:val="Strong"/>
    <w:basedOn w:val="Standardskriftforavsnitt"/>
    <w:uiPriority w:val="22"/>
    <w:qFormat/>
    <w:rsid w:val="00FC693F"/>
    <w:rPr>
      <w:b/>
      <w:bCs/>
    </w:rPr>
  </w:style>
  <w:style w:type="character" w:styleId="Utheving">
    <w:name w:val="Emphasis"/>
    <w:basedOn w:val="Standardskriftforavsnitt"/>
    <w:uiPriority w:val="20"/>
    <w:qFormat/>
    <w:rsid w:val="00FC693F"/>
    <w:rPr>
      <w:i/>
      <w:iCs/>
    </w:rPr>
  </w:style>
  <w:style w:type="paragraph" w:styleId="Sterktsitat">
    <w:name w:val="Intense Quote"/>
    <w:basedOn w:val="Normal"/>
    <w:next w:val="Normal"/>
    <w:link w:val="SterktsitatTegn"/>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SterktsitatTegn">
    <w:name w:val="Sterkt sitat Tegn"/>
    <w:basedOn w:val="Standardskriftforavsnitt"/>
    <w:link w:val="Sterktsitat"/>
    <w:uiPriority w:val="30"/>
    <w:rsid w:val="00FC693F"/>
    <w:rPr>
      <w:b/>
      <w:bCs/>
      <w:i/>
      <w:iCs/>
      <w:color w:val="4F81BD" w:themeColor="accent1"/>
    </w:rPr>
  </w:style>
  <w:style w:type="character" w:styleId="Svakutheving">
    <w:name w:val="Subtle Emphasis"/>
    <w:basedOn w:val="Standardskriftforavsnitt"/>
    <w:uiPriority w:val="19"/>
    <w:qFormat/>
    <w:rsid w:val="00FC693F"/>
    <w:rPr>
      <w:i/>
      <w:iCs/>
      <w:color w:val="808080" w:themeColor="text1" w:themeTint="7F"/>
    </w:rPr>
  </w:style>
  <w:style w:type="character" w:styleId="Sterkutheving">
    <w:name w:val="Intense Emphasis"/>
    <w:basedOn w:val="Standardskriftforavsnitt"/>
    <w:uiPriority w:val="21"/>
    <w:qFormat/>
    <w:rsid w:val="00FC693F"/>
    <w:rPr>
      <w:b/>
      <w:bCs/>
      <w:i/>
      <w:iCs/>
      <w:color w:val="4F81BD" w:themeColor="accent1"/>
    </w:rPr>
  </w:style>
  <w:style w:type="character" w:styleId="Svakreferanse">
    <w:name w:val="Subtle Reference"/>
    <w:basedOn w:val="Standardskriftforavsnitt"/>
    <w:uiPriority w:val="31"/>
    <w:qFormat/>
    <w:rsid w:val="00FC693F"/>
    <w:rPr>
      <w:smallCaps/>
      <w:color w:val="C0504D" w:themeColor="accent2"/>
      <w:u w:val="single"/>
    </w:rPr>
  </w:style>
  <w:style w:type="character" w:styleId="Sterkreferanse">
    <w:name w:val="Intense Reference"/>
    <w:basedOn w:val="Standardskriftforavsnitt"/>
    <w:uiPriority w:val="32"/>
    <w:qFormat/>
    <w:rsid w:val="00FC693F"/>
    <w:rPr>
      <w:b/>
      <w:bCs/>
      <w:smallCaps/>
      <w:color w:val="C0504D" w:themeColor="accent2"/>
      <w:spacing w:val="5"/>
      <w:u w:val="single"/>
    </w:rPr>
  </w:style>
  <w:style w:type="character" w:styleId="Boktittel">
    <w:name w:val="Book Title"/>
    <w:basedOn w:val="Standardskriftforavsnitt"/>
    <w:uiPriority w:val="33"/>
    <w:qFormat/>
    <w:rsid w:val="00FC693F"/>
    <w:rPr>
      <w:b/>
      <w:bCs/>
      <w:smallCaps/>
      <w:spacing w:val="5"/>
    </w:rPr>
  </w:style>
  <w:style w:type="paragraph" w:styleId="Overskriftforinnholdsfortegnelse">
    <w:name w:val="TOC Heading"/>
    <w:basedOn w:val="Overskrift1"/>
    <w:next w:val="Normal"/>
    <w:uiPriority w:val="39"/>
    <w:semiHidden/>
    <w:unhideWhenUsed/>
    <w:qFormat/>
    <w:rsid w:val="00FC693F"/>
    <w:pPr>
      <w:outlineLvl w:val="9"/>
    </w:pPr>
  </w:style>
  <w:style w:type="table" w:styleId="Tabellrutenett">
    <w:name w:val="Table Grid"/>
    <w:basedOn w:val="Vanligtabel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ysskyggelegging">
    <w:name w:val="Light Shading"/>
    <w:basedOn w:val="Vanligtabel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ysskyggelegginguthevingsfarge1">
    <w:name w:val="Light Shading Accent 1"/>
    <w:basedOn w:val="Vanligtabel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ysskyggelegginguthevingsfarge2">
    <w:name w:val="Light Shading Accent 2"/>
    <w:basedOn w:val="Vanligtabel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ysskyggelegginguthevingsfarge3">
    <w:name w:val="Light Shading Accent 3"/>
    <w:basedOn w:val="Vanligtabel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ysskyggelegginguthevingsfarge4">
    <w:name w:val="Light Shading Accent 4"/>
    <w:basedOn w:val="Vanligtabel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ysskyggelegginguthevingsfarge5">
    <w:name w:val="Light Shading Accent 5"/>
    <w:basedOn w:val="Vanligtabel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ysskyggelegginguthevingsfarge6">
    <w:name w:val="Light Shading Accent 6"/>
    <w:basedOn w:val="Vanligtabel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ysliste">
    <w:name w:val="Light List"/>
    <w:basedOn w:val="Vanligtabel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yslisteuthevingsfarge1">
    <w:name w:val="Light List Accent 1"/>
    <w:basedOn w:val="Vanligtabel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yslisteuthevingsfarge2">
    <w:name w:val="Light List Accent 2"/>
    <w:basedOn w:val="Vanligtabel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yslisteuthevingsfarge3">
    <w:name w:val="Light List Accent 3"/>
    <w:basedOn w:val="Vanligtabel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yslisteuthevingsfarge4">
    <w:name w:val="Light List Accent 4"/>
    <w:basedOn w:val="Vanligtabel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yslisteuthevingsfarge5">
    <w:name w:val="Light List Accent 5"/>
    <w:basedOn w:val="Vanligtabel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yslisteuthevingsfarge6">
    <w:name w:val="Light List Accent 6"/>
    <w:basedOn w:val="Vanligtabel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ystrutenett">
    <w:name w:val="Light Grid"/>
    <w:basedOn w:val="Vanligtabel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ystrutenettuthevingsfarge1">
    <w:name w:val="Light Grid Accent 1"/>
    <w:basedOn w:val="Vanligtabel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ystrutenettuthevingsfarge2">
    <w:name w:val="Light Grid Accent 2"/>
    <w:basedOn w:val="Vanligtabel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ystrutenettuthevingsfarge3">
    <w:name w:val="Light Grid Accent 3"/>
    <w:basedOn w:val="Vanligtabel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ystrutenettuthevingsfarge4">
    <w:name w:val="Light Grid Accent 4"/>
    <w:basedOn w:val="Vanligtabel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ystrutenettuthevingsfarge5">
    <w:name w:val="Light Grid Accent 5"/>
    <w:basedOn w:val="Vanligtabel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ystrutenettuthevingsfarge6">
    <w:name w:val="Light Grid Accent 6"/>
    <w:basedOn w:val="Vanligtabel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iddelsskyggelegging1">
    <w:name w:val="Medium Shading 1"/>
    <w:basedOn w:val="Vanligtabel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iddelsskyggelegging1uthevingsfarge1">
    <w:name w:val="Medium Shading 1 Accent 1"/>
    <w:basedOn w:val="Vanligtabel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iddelsskyggelegging1uthevingsfarge2">
    <w:name w:val="Medium Shading 1 Accent 2"/>
    <w:basedOn w:val="Vanligtabel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iddelsskyggelegging1uthevingsfarge3">
    <w:name w:val="Medium Shading 1 Accent 3"/>
    <w:basedOn w:val="Vanligtabel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iddelsskyggelegging1uthevingsfarge4">
    <w:name w:val="Medium Shading 1 Accent 4"/>
    <w:basedOn w:val="Vanligtabel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iddelsskyggelegging1uthevingsfarge5">
    <w:name w:val="Medium Shading 1 Accent 5"/>
    <w:basedOn w:val="Vanligtabel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iddelsskyggelegging1uthevingsfarge6">
    <w:name w:val="Medium Shading 1 Accent 6"/>
    <w:basedOn w:val="Vanligtabel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iddelsskyggelegging2">
    <w:name w:val="Medium Shading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1">
    <w:name w:val="Medium Shading 2 Accent 1"/>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2">
    <w:name w:val="Medium Shading 2 Accent 2"/>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3">
    <w:name w:val="Medium Shading 2 Accent 3"/>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4">
    <w:name w:val="Medium Shading 2 Accent 4"/>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5">
    <w:name w:val="Medium Shading 2 Accent 5"/>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skyggelegging2uthevingsfarge6">
    <w:name w:val="Medium Shading 2 Accent 6"/>
    <w:basedOn w:val="Vanligtabel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iddelsliste1">
    <w:name w:val="Medium List 1"/>
    <w:basedOn w:val="Vanligtabel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iddelsliste1uthevingsfarge1">
    <w:name w:val="Medium List 1 Accent 1"/>
    <w:basedOn w:val="Vanligtabel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iddelsliste1uthevingsfarge2">
    <w:name w:val="Medium List 1 Accent 2"/>
    <w:basedOn w:val="Vanligtabel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iddelsliste1uthevingsfarge3">
    <w:name w:val="Medium List 1 Accent 3"/>
    <w:basedOn w:val="Vanligtabel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iddelsliste1uthevingsfarge4">
    <w:name w:val="Medium List 1 Accent 4"/>
    <w:basedOn w:val="Vanligtabel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iddelsliste1uthevingsfarge5">
    <w:name w:val="Medium List 1 Accent 5"/>
    <w:basedOn w:val="Vanligtabel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iddelsliste1uthevingsfarge6">
    <w:name w:val="Medium List 1 Accent 6"/>
    <w:basedOn w:val="Vanligtabel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iddelsliste2">
    <w:name w:val="Medium Lis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1">
    <w:name w:val="Medium List 2 Accent 1"/>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2">
    <w:name w:val="Medium List 2 Accent 2"/>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3">
    <w:name w:val="Medium List 2 Accent 3"/>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4">
    <w:name w:val="Medium List 2 Accent 4"/>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5">
    <w:name w:val="Medium List 2 Accent 5"/>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liste2uthevingsfarge6">
    <w:name w:val="Medium List 2 Accent 6"/>
    <w:basedOn w:val="Vanligtabel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iddelsrutenett1">
    <w:name w:val="Medium Grid 1"/>
    <w:basedOn w:val="Vanligtabel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iddelsrutenett1uthevingsfarge1">
    <w:name w:val="Medium Grid 1 Accent 1"/>
    <w:basedOn w:val="Vanligtabel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iddelsrutenett1uthevingsfarge2">
    <w:name w:val="Medium Grid 1 Accent 2"/>
    <w:basedOn w:val="Vanligtabel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iddelsrutenett1uthevingsfarge3">
    <w:name w:val="Medium Grid 1 Accent 3"/>
    <w:basedOn w:val="Vanligtabel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iddelsrutenett1uthevingsfarge4">
    <w:name w:val="Medium Grid 1 Accent 4"/>
    <w:basedOn w:val="Vanligtabel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iddelsrutenett1uthevingsfarge5">
    <w:name w:val="Medium Grid 1 Accent 5"/>
    <w:basedOn w:val="Vanligtabel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iddelsrutenett1uthevingsfarge6">
    <w:name w:val="Medium Grid 1 Accent 6"/>
    <w:basedOn w:val="Vanligtabel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iddelsrutenett2">
    <w:name w:val="Medium Grid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iddelsrutenett2uthevingsfarge1">
    <w:name w:val="Medium Grid 2 Accent 1"/>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iddelsrutenett2uthevingsfarge2">
    <w:name w:val="Medium Grid 2 Accent 2"/>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iddelsrutenett2uthevingsfarge3">
    <w:name w:val="Medium Grid 2 Accent 3"/>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iddelsrutenett2uthevingsfarge4">
    <w:name w:val="Medium Grid 2 Accent 4"/>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iddelsrutenett2uthevingsfarge5">
    <w:name w:val="Medium Grid 2 Accent 5"/>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iddelsrutenett2uthevingsfarge6">
    <w:name w:val="Medium Grid 2 Accent 6"/>
    <w:basedOn w:val="Vanligtabel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iddelsrutenett3">
    <w:name w:val="Medium Grid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iddelsrutenett3uthevingsfarge1">
    <w:name w:val="Medium Grid 3 Accent 1"/>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iddelsrutenett3uthevingsfarge2">
    <w:name w:val="Medium Grid 3 Accent 2"/>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iddelsrutenett3uthevingsfarge3">
    <w:name w:val="Medium Grid 3 Accent 3"/>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iddelsrutenett3uthevingsfarge4">
    <w:name w:val="Medium Grid 3 Accent 4"/>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iddelsrutenett3uthevingsfarge5">
    <w:name w:val="Medium Grid 3 Accent 5"/>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iddelsrutenett3uthevingsfarge6">
    <w:name w:val="Medium Grid 3 Accent 6"/>
    <w:basedOn w:val="Vanligtabel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Mrkliste">
    <w:name w:val="Dark List"/>
    <w:basedOn w:val="Vanligtabel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Mrklisteuthevingsfarge1">
    <w:name w:val="Dark List Accent 1"/>
    <w:basedOn w:val="Vanligtabel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Mrklisteuthevingsfarge2">
    <w:name w:val="Dark List Accent 2"/>
    <w:basedOn w:val="Vanligtabel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Mrklisteuthevingsfarge3">
    <w:name w:val="Dark List Accent 3"/>
    <w:basedOn w:val="Vanligtabel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Mrklisteuthevingsfarge4">
    <w:name w:val="Dark List Accent 4"/>
    <w:basedOn w:val="Vanligtabel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Mrklisteuthevingsfarge5">
    <w:name w:val="Dark List Accent 5"/>
    <w:basedOn w:val="Vanligtabel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Mrklisteuthevingsfarge6">
    <w:name w:val="Dark List Accent 6"/>
    <w:basedOn w:val="Vanligtabel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Fargerikskyggelegging">
    <w:name w:val="Colorful Shading"/>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Fargerikskyggelegginguthevingsfarge1">
    <w:name w:val="Colorful Shading Accent 1"/>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Fargerikskyggelegginguthevingsfarge2">
    <w:name w:val="Colorful Shading Accent 2"/>
    <w:basedOn w:val="Vanligtabel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Fargerikskyggelegginguthevingsfarge3">
    <w:name w:val="Colorful Shading Accent 3"/>
    <w:basedOn w:val="Vanligtabel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Fargerikskyggelegginguthevingsfarge4">
    <w:name w:val="Colorful Shading Accent 4"/>
    <w:basedOn w:val="Vanligtabel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Fargerikskyggelegginguthevingsfarge5">
    <w:name w:val="Colorful Shading Accent 5"/>
    <w:basedOn w:val="Vanligtabel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Fargerikskyggelegginguthevingsfarge6">
    <w:name w:val="Colorful Shading Accent 6"/>
    <w:basedOn w:val="Vanligtabel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Fargerikliste">
    <w:name w:val="Colorful List"/>
    <w:basedOn w:val="Vanligtabel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Fargeriklisteuthevingsfarge1">
    <w:name w:val="Colorful List Accent 1"/>
    <w:basedOn w:val="Vanligtabel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Fargeriklisteuthevingsfarge2">
    <w:name w:val="Colorful List Accent 2"/>
    <w:basedOn w:val="Vanligtabel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Fargeriklisteuthevingsfarge3">
    <w:name w:val="Colorful List Accent 3"/>
    <w:basedOn w:val="Vanligtabel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Fargeriklisteuthevingsfarge4">
    <w:name w:val="Colorful List Accent 4"/>
    <w:basedOn w:val="Vanligtabel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Fargeriklisteuthevingsfarge5">
    <w:name w:val="Colorful List Accent 5"/>
    <w:basedOn w:val="Vanligtabel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Fargeriklisteuthevingsfarge6">
    <w:name w:val="Colorful List Accent 6"/>
    <w:basedOn w:val="Vanligtabel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Fargeriktrutenett">
    <w:name w:val="Colorful Grid"/>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Fargeriktrutenettuthevingsfarge1">
    <w:name w:val="Colorful Grid Accent 1"/>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Fargeriktrutenettuthevingsfarge2">
    <w:name w:val="Colorful Grid Accent 2"/>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Fargeriktrutenettuthevingsfarge3">
    <w:name w:val="Colorful Grid Accent 3"/>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Fargeriktrutenettuthevingsfarge4">
    <w:name w:val="Colorful Grid Accent 4"/>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Fargeriktrutenettuthevingsfarge5">
    <w:name w:val="Colorful Grid Accent 5"/>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Fargeriktrutenettuthevingsfarge6">
    <w:name w:val="Colorful Grid Accent 6"/>
    <w:basedOn w:val="Vanligtabel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418</Words>
  <Characters>2220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2633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Paal Haavorsen</cp:lastModifiedBy>
  <cp:revision>21</cp:revision>
  <dcterms:created xsi:type="dcterms:W3CDTF">2025-06-20T13:00:00Z</dcterms:created>
  <dcterms:modified xsi:type="dcterms:W3CDTF">2025-06-20T13:15:00Z</dcterms:modified>
  <cp:category/>
</cp:coreProperties>
</file>